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4972F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t>MEDOBČINSKI KROS 2026</w:t>
      </w:r>
    </w:p>
    <w:p w14:paraId="5F98CB3A" w14:textId="37F2B289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5.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Dečki</w:t>
      </w:r>
      <w:proofErr w:type="spellEnd"/>
      <w:r w:rsidR="00BE36CF">
        <w:rPr>
          <w:b/>
          <w:color w:val="17365D"/>
          <w:sz w:val="34"/>
        </w:rPr>
        <w:t xml:space="preserve"> – </w:t>
      </w:r>
      <w:proofErr w:type="spellStart"/>
      <w:r w:rsidR="00BE36CF">
        <w:rPr>
          <w:b/>
          <w:color w:val="17365D"/>
          <w:sz w:val="34"/>
        </w:rPr>
        <w:t>letnik</w:t>
      </w:r>
      <w:proofErr w:type="spellEnd"/>
      <w:r w:rsidR="00BE36CF">
        <w:rPr>
          <w:b/>
          <w:color w:val="17365D"/>
          <w:sz w:val="34"/>
        </w:rPr>
        <w:t xml:space="preserve"> 2016</w:t>
      </w:r>
    </w:p>
    <w:p w14:paraId="1A7F6EEA" w14:textId="324171D4" w:rsidR="00032A0E" w:rsidRDefault="00032A0E">
      <w:pPr>
        <w:spacing w:after="160"/>
        <w:jc w:val="center"/>
      </w:pPr>
      <w:r>
        <w:rPr>
          <w:b/>
          <w:color w:val="17365D"/>
          <w:sz w:val="34"/>
        </w:rPr>
        <w:t xml:space="preserve">600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1A15CF62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B95228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Uvrstitev</w:t>
            </w:r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917316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F919CA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5F2B87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71050EA1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C1A776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4230F0" w14:textId="77777777" w:rsidR="004F6456" w:rsidRDefault="00000000">
            <w:r>
              <w:rPr>
                <w:b/>
                <w:color w:val="1F1F1F"/>
                <w:sz w:val="18"/>
              </w:rPr>
              <w:t>Žan Venta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5C1D36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2:10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BD97908" w14:textId="77777777" w:rsidR="004F6456" w:rsidRDefault="00000000">
            <w:r>
              <w:rPr>
                <w:b/>
                <w:color w:val="1F1F1F"/>
                <w:sz w:val="18"/>
              </w:rPr>
              <w:t>OŠ Velika Nedelja</w:t>
            </w:r>
          </w:p>
        </w:tc>
      </w:tr>
      <w:tr w:rsidR="004F6456" w14:paraId="06666B25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0F37D0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DD142E" w14:textId="77777777" w:rsidR="004F6456" w:rsidRDefault="00000000">
            <w:r>
              <w:rPr>
                <w:b/>
                <w:color w:val="1F1F1F"/>
                <w:sz w:val="18"/>
              </w:rPr>
              <w:t>Matic Krničar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5C1EF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2:11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1C1BE1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11FAE7D5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292D34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B7F7AA" w14:textId="77777777" w:rsidR="004F6456" w:rsidRDefault="00000000">
            <w:r>
              <w:rPr>
                <w:b/>
                <w:color w:val="1F1F1F"/>
                <w:sz w:val="18"/>
              </w:rPr>
              <w:t>Filip Zidarič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A4EB1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2:13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DB528D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6C1640C6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9C8C8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C8E393" w14:textId="77777777" w:rsidR="004F6456" w:rsidRDefault="00000000">
            <w:r>
              <w:rPr>
                <w:color w:val="1F1F1F"/>
                <w:sz w:val="18"/>
              </w:rPr>
              <w:t>Vito Kirič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CF5CE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2B4C2D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6E920E21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BFD16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D07457" w14:textId="77777777" w:rsidR="004F6456" w:rsidRDefault="00000000">
            <w:r>
              <w:rPr>
                <w:color w:val="1F1F1F"/>
                <w:sz w:val="18"/>
              </w:rPr>
              <w:t>Tomaž Geč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0C225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8E63A9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6DC7313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34E99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F34650" w14:textId="77777777" w:rsidR="004F6456" w:rsidRDefault="00000000">
            <w:r>
              <w:rPr>
                <w:color w:val="1F1F1F"/>
                <w:sz w:val="18"/>
              </w:rPr>
              <w:t>Nikolaj Grnjak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DD44E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A92397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0DDA1D5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B90C1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12804A" w14:textId="77777777" w:rsidR="004F6456" w:rsidRDefault="00000000">
            <w:r>
              <w:rPr>
                <w:color w:val="1F1F1F"/>
                <w:sz w:val="18"/>
              </w:rPr>
              <w:t>Gašper Voršič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D062D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6D72CD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4C016CA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A501B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3F2177" w14:textId="77777777" w:rsidR="004F6456" w:rsidRDefault="00000000">
            <w:r>
              <w:rPr>
                <w:color w:val="1F1F1F"/>
                <w:sz w:val="18"/>
              </w:rPr>
              <w:t>Črt Zemljič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F3D29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E27DD0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54219F71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B31A1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FBC343" w14:textId="77777777" w:rsidR="004F6456" w:rsidRDefault="00000000">
            <w:r>
              <w:rPr>
                <w:color w:val="1F1F1F"/>
                <w:sz w:val="18"/>
              </w:rPr>
              <w:t>Oskar Jakob Horvat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7EA71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2:24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DD480B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347C389A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EE9CE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05FE24" w14:textId="77777777" w:rsidR="004F6456" w:rsidRDefault="00000000">
            <w:r>
              <w:rPr>
                <w:color w:val="1F1F1F"/>
                <w:sz w:val="18"/>
              </w:rPr>
              <w:t>Vid Marinšek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F39C1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2:25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B73514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4B5D32CB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943AD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A25492" w14:textId="77777777" w:rsidR="004F6456" w:rsidRDefault="00000000">
            <w:r>
              <w:rPr>
                <w:color w:val="1F1F1F"/>
                <w:sz w:val="18"/>
              </w:rPr>
              <w:t>Tjan Dolamič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9358A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BCE2FF" w14:textId="0328630C" w:rsidR="004F6456" w:rsidRDefault="00000000">
            <w:r>
              <w:rPr>
                <w:color w:val="1F1F1F"/>
                <w:sz w:val="18"/>
              </w:rPr>
              <w:t>OŠ S</w:t>
            </w:r>
            <w:r w:rsidR="00032A0E">
              <w:rPr>
                <w:color w:val="1F1F1F"/>
                <w:sz w:val="18"/>
              </w:rPr>
              <w:t xml:space="preserve">tanka </w:t>
            </w:r>
            <w:proofErr w:type="spellStart"/>
            <w:r w:rsidR="00032A0E">
              <w:rPr>
                <w:color w:val="1F1F1F"/>
                <w:sz w:val="18"/>
              </w:rPr>
              <w:t>Vraza</w:t>
            </w:r>
            <w:proofErr w:type="spellEnd"/>
            <w:r w:rsidR="00032A0E">
              <w:rPr>
                <w:color w:val="1F1F1F"/>
                <w:sz w:val="18"/>
              </w:rPr>
              <w:t xml:space="preserve"> </w:t>
            </w:r>
            <w:proofErr w:type="spellStart"/>
            <w:r w:rsidR="00032A0E">
              <w:rPr>
                <w:color w:val="1F1F1F"/>
                <w:sz w:val="18"/>
              </w:rPr>
              <w:t>Ormož</w:t>
            </w:r>
            <w:proofErr w:type="spellEnd"/>
          </w:p>
        </w:tc>
      </w:tr>
      <w:tr w:rsidR="004F6456" w14:paraId="4B10E291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726DA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E4E287" w14:textId="77777777" w:rsidR="004F6456" w:rsidRDefault="00000000">
            <w:r>
              <w:rPr>
                <w:color w:val="1F1F1F"/>
                <w:sz w:val="18"/>
              </w:rPr>
              <w:t>Vito Drevenšek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D3267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787441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297FF414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D09F6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7F29C0" w14:textId="77777777" w:rsidR="004F6456" w:rsidRDefault="00000000">
            <w:r>
              <w:rPr>
                <w:color w:val="1F1F1F"/>
                <w:sz w:val="18"/>
              </w:rPr>
              <w:t>Vito Dovečar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71789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2:29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2C7B38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64AB18FB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C369D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C087B7" w14:textId="77777777" w:rsidR="004F6456" w:rsidRDefault="00000000">
            <w:r>
              <w:rPr>
                <w:color w:val="1F1F1F"/>
                <w:sz w:val="18"/>
              </w:rPr>
              <w:t>Gašper Kraner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23682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604105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149D5E9D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EA4FE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08BD8B" w14:textId="77777777" w:rsidR="004F6456" w:rsidRDefault="00000000">
            <w:r>
              <w:rPr>
                <w:color w:val="1F1F1F"/>
                <w:sz w:val="18"/>
              </w:rPr>
              <w:t>Lin Anušek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5C48C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61A901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11DC4046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4358F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B80053" w14:textId="77777777" w:rsidR="004F6456" w:rsidRDefault="00000000">
            <w:r>
              <w:rPr>
                <w:color w:val="1F1F1F"/>
                <w:sz w:val="18"/>
              </w:rPr>
              <w:t>Filip Habjanič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F143D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C4B18D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4C8B3D8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9A6CE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51ECCF" w14:textId="77777777" w:rsidR="004F6456" w:rsidRDefault="00000000">
            <w:r>
              <w:rPr>
                <w:color w:val="1F1F1F"/>
                <w:sz w:val="18"/>
              </w:rPr>
              <w:t>Neo Prosnik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F68ED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D21563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1507E0C3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C501B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E0C6B7" w14:textId="77777777" w:rsidR="004F6456" w:rsidRDefault="00000000">
            <w:r>
              <w:rPr>
                <w:color w:val="1F1F1F"/>
                <w:sz w:val="18"/>
              </w:rPr>
              <w:t>Jaka Brinovšek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343B8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2:58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DBF30B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</w:tbl>
    <w:p w14:paraId="6A4664AA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2990C712" w14:textId="77777777" w:rsidR="004F6456" w:rsidRDefault="00000000">
      <w:r>
        <w:br w:type="page"/>
      </w:r>
    </w:p>
    <w:p w14:paraId="3231B3F0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37D0D315" w14:textId="02245967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5.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Deklice</w:t>
      </w:r>
      <w:proofErr w:type="spellEnd"/>
      <w:r w:rsidR="00BE36CF">
        <w:rPr>
          <w:b/>
          <w:color w:val="17365D"/>
          <w:sz w:val="34"/>
        </w:rPr>
        <w:t xml:space="preserve"> </w:t>
      </w:r>
      <w:r w:rsidR="00BE36CF">
        <w:rPr>
          <w:b/>
          <w:color w:val="17365D"/>
          <w:sz w:val="34"/>
        </w:rPr>
        <w:t xml:space="preserve">– </w:t>
      </w:r>
      <w:proofErr w:type="spellStart"/>
      <w:r w:rsidR="00BE36CF">
        <w:rPr>
          <w:b/>
          <w:color w:val="17365D"/>
          <w:sz w:val="34"/>
        </w:rPr>
        <w:t>letnik</w:t>
      </w:r>
      <w:proofErr w:type="spellEnd"/>
      <w:r w:rsidR="00BE36CF">
        <w:rPr>
          <w:b/>
          <w:color w:val="17365D"/>
          <w:sz w:val="34"/>
        </w:rPr>
        <w:t xml:space="preserve"> 2016</w:t>
      </w:r>
    </w:p>
    <w:p w14:paraId="7CAE8CDE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600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59BDD7A9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3E9EC0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5D0896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1F3E5B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A7F70F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2845984E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0746BC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317A0F" w14:textId="77777777" w:rsidR="004F6456" w:rsidRDefault="00000000">
            <w:r>
              <w:rPr>
                <w:b/>
                <w:color w:val="1F1F1F"/>
                <w:sz w:val="18"/>
              </w:rPr>
              <w:t>Neža Krančec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244A2B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2:18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3E40B8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31F84077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F0AA6D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C6D303" w14:textId="77777777" w:rsidR="004F6456" w:rsidRDefault="00000000">
            <w:r>
              <w:rPr>
                <w:b/>
                <w:color w:val="1F1F1F"/>
                <w:sz w:val="18"/>
              </w:rPr>
              <w:t>Luna Kociper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9A1BDE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2:19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2BDE34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7E7AA9F1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CDEB5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C99DAD" w14:textId="77777777" w:rsidR="004F6456" w:rsidRDefault="00000000">
            <w:r>
              <w:rPr>
                <w:b/>
                <w:color w:val="1F1F1F"/>
                <w:sz w:val="18"/>
              </w:rPr>
              <w:t>Klara Praznik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B2DD79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2:20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E74CD1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13C74F39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D66F5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7A905C" w14:textId="77777777" w:rsidR="004F6456" w:rsidRDefault="00000000">
            <w:r>
              <w:rPr>
                <w:color w:val="1F1F1F"/>
                <w:sz w:val="18"/>
              </w:rPr>
              <w:t>Klara Jerebič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00E9E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19D32D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2754A27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370A6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981E2A" w14:textId="77777777" w:rsidR="004F6456" w:rsidRDefault="00000000">
            <w:r>
              <w:rPr>
                <w:color w:val="1F1F1F"/>
                <w:sz w:val="18"/>
              </w:rPr>
              <w:t>Julija Zamuda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CA02E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2:24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DF3DD9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02CD26FD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EAB4E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2C03A5" w14:textId="77777777" w:rsidR="004F6456" w:rsidRDefault="00000000">
            <w:r>
              <w:rPr>
                <w:color w:val="1F1F1F"/>
                <w:sz w:val="18"/>
              </w:rPr>
              <w:t>Ema Strelec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94D47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A6C47F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79A8FB62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5D6C4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100517" w14:textId="77777777" w:rsidR="004F6456" w:rsidRDefault="00000000">
            <w:r>
              <w:rPr>
                <w:color w:val="1F1F1F"/>
                <w:sz w:val="18"/>
              </w:rPr>
              <w:t>Pia Cvetko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A0024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2:29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84E745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51BBBD64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C0DD1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EE397C" w14:textId="77777777" w:rsidR="004F6456" w:rsidRDefault="00000000">
            <w:r>
              <w:rPr>
                <w:color w:val="1F1F1F"/>
                <w:sz w:val="18"/>
              </w:rPr>
              <w:t>Savana Kukovec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200F2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F150F5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3D301054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5D7ED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D8E6CF" w14:textId="77777777" w:rsidR="004F6456" w:rsidRDefault="00000000">
            <w:r>
              <w:rPr>
                <w:color w:val="1F1F1F"/>
                <w:sz w:val="18"/>
              </w:rPr>
              <w:t>Stela Dovečar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1B7D1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9A0EA0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1F1E6DEC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EF384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4E42B3" w14:textId="77777777" w:rsidR="004F6456" w:rsidRDefault="00000000">
            <w:r>
              <w:rPr>
                <w:color w:val="1F1F1F"/>
                <w:sz w:val="18"/>
              </w:rPr>
              <w:t>Zala Žuran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61974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F57F39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5DC5E1A4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6BC3C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41F631" w14:textId="77777777" w:rsidR="004F6456" w:rsidRDefault="00000000">
            <w:r>
              <w:rPr>
                <w:color w:val="1F1F1F"/>
                <w:sz w:val="18"/>
              </w:rPr>
              <w:t>Sofija Petrena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8E947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E14FFA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18E0CD04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6E36C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386735" w14:textId="77777777" w:rsidR="004F6456" w:rsidRDefault="00000000">
            <w:r>
              <w:rPr>
                <w:color w:val="1F1F1F"/>
                <w:sz w:val="18"/>
              </w:rPr>
              <w:t>Clara Prejac Novak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DC19D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D85926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0A751892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25CD8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496012" w14:textId="77777777" w:rsidR="004F6456" w:rsidRDefault="00000000">
            <w:r>
              <w:rPr>
                <w:color w:val="1F1F1F"/>
                <w:sz w:val="18"/>
              </w:rPr>
              <w:t>Mia Golob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F771B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2:38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D1C4BC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47CEB177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3C5C5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AEC5D7" w14:textId="77777777" w:rsidR="004F6456" w:rsidRDefault="00000000">
            <w:r>
              <w:rPr>
                <w:color w:val="1F1F1F"/>
                <w:sz w:val="18"/>
              </w:rPr>
              <w:t>Mina Titan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E897A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0DE31C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2D165425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7B0BA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7AF551" w14:textId="77777777" w:rsidR="004F6456" w:rsidRDefault="00000000">
            <w:r>
              <w:rPr>
                <w:color w:val="1F1F1F"/>
                <w:sz w:val="18"/>
              </w:rPr>
              <w:t>Zala Marčec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21CA4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596221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59B23C59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A6E63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DA6622" w14:textId="77777777" w:rsidR="004F6456" w:rsidRDefault="00000000">
            <w:r>
              <w:rPr>
                <w:color w:val="1F1F1F"/>
                <w:sz w:val="18"/>
              </w:rPr>
              <w:t>Lana Ivančič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8CE8E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CF31B1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7C053D56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C2158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BF89F2" w14:textId="77777777" w:rsidR="004F6456" w:rsidRDefault="00000000">
            <w:r>
              <w:rPr>
                <w:color w:val="1F1F1F"/>
                <w:sz w:val="18"/>
              </w:rPr>
              <w:t>Gaja Bratuša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1BD67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2:57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FF6CFE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</w:tbl>
    <w:p w14:paraId="700F101D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0CEA1CC1" w14:textId="77777777" w:rsidR="004F6456" w:rsidRDefault="00000000">
      <w:r>
        <w:br w:type="page"/>
      </w:r>
    </w:p>
    <w:p w14:paraId="0C5DC11A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03C5C3A3" w14:textId="7D27E766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6.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Dečki</w:t>
      </w:r>
      <w:proofErr w:type="spellEnd"/>
      <w:r w:rsidR="00EE33EC">
        <w:rPr>
          <w:b/>
          <w:color w:val="17365D"/>
          <w:sz w:val="34"/>
        </w:rPr>
        <w:t xml:space="preserve"> </w:t>
      </w:r>
      <w:r w:rsidR="00EE33EC">
        <w:rPr>
          <w:b/>
          <w:color w:val="17365D"/>
          <w:sz w:val="34"/>
        </w:rPr>
        <w:t xml:space="preserve">– </w:t>
      </w:r>
      <w:proofErr w:type="spellStart"/>
      <w:r w:rsidR="00EE33EC">
        <w:rPr>
          <w:b/>
          <w:color w:val="17365D"/>
          <w:sz w:val="34"/>
        </w:rPr>
        <w:t>letnik</w:t>
      </w:r>
      <w:proofErr w:type="spellEnd"/>
      <w:r w:rsidR="00EE33EC">
        <w:rPr>
          <w:b/>
          <w:color w:val="17365D"/>
          <w:sz w:val="34"/>
        </w:rPr>
        <w:t xml:space="preserve"> 201</w:t>
      </w:r>
      <w:r w:rsidR="00EE33EC">
        <w:rPr>
          <w:b/>
          <w:color w:val="17365D"/>
          <w:sz w:val="34"/>
        </w:rPr>
        <w:t>5</w:t>
      </w:r>
    </w:p>
    <w:p w14:paraId="0EE3C3E0" w14:textId="2E2168E5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600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6083643D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EF8BD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C95129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3B7E51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69BCF8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4D534CE9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A9527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CCDAE6" w14:textId="77777777" w:rsidR="004F6456" w:rsidRDefault="00000000">
            <w:r>
              <w:rPr>
                <w:b/>
                <w:color w:val="1F1F1F"/>
                <w:sz w:val="18"/>
              </w:rPr>
              <w:t>Aljaž Krajnc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F66A37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2:02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55B6D2" w14:textId="77777777" w:rsidR="004F6456" w:rsidRDefault="00000000">
            <w:r>
              <w:rPr>
                <w:b/>
                <w:color w:val="1F1F1F"/>
                <w:sz w:val="18"/>
              </w:rPr>
              <w:t>OŠ Sveti Tomaž</w:t>
            </w:r>
          </w:p>
        </w:tc>
      </w:tr>
      <w:tr w:rsidR="004F6456" w14:paraId="65A7E958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BA7072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788B2B" w14:textId="77777777" w:rsidR="004F6456" w:rsidRDefault="00000000">
            <w:r>
              <w:rPr>
                <w:b/>
                <w:color w:val="1F1F1F"/>
                <w:sz w:val="18"/>
              </w:rPr>
              <w:t>Tim Meznarič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7FF4F1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2:06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4B95C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26773F77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AFB686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FA1F8C" w14:textId="77777777" w:rsidR="004F6456" w:rsidRDefault="00000000">
            <w:r>
              <w:rPr>
                <w:b/>
                <w:color w:val="1F1F1F"/>
                <w:sz w:val="18"/>
              </w:rPr>
              <w:t>Teo Bombek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993B37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2:11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818278" w14:textId="77777777" w:rsidR="004F6456" w:rsidRDefault="00000000">
            <w:r>
              <w:rPr>
                <w:b/>
                <w:color w:val="1F1F1F"/>
                <w:sz w:val="18"/>
              </w:rPr>
              <w:t>OŠ Velika Nedelja</w:t>
            </w:r>
          </w:p>
        </w:tc>
      </w:tr>
      <w:tr w:rsidR="004F6456" w14:paraId="5D6A49CB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CA741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D4C1F1" w14:textId="77777777" w:rsidR="004F6456" w:rsidRDefault="00000000">
            <w:r>
              <w:rPr>
                <w:color w:val="1F1F1F"/>
                <w:sz w:val="18"/>
              </w:rPr>
              <w:t>Bastijan Horvat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2112B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2:13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D8D4D9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5198D94D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9DDD1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37AE39" w14:textId="77777777" w:rsidR="004F6456" w:rsidRDefault="00000000">
            <w:r>
              <w:rPr>
                <w:color w:val="1F1F1F"/>
                <w:sz w:val="18"/>
              </w:rPr>
              <w:t>Tomi Polič Kaluža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2385A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2:14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CAC29C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5C77997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D537C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C9170B" w14:textId="77777777" w:rsidR="004F6456" w:rsidRDefault="00000000">
            <w:r>
              <w:rPr>
                <w:color w:val="1F1F1F"/>
                <w:sz w:val="18"/>
              </w:rPr>
              <w:t>Rene Plohl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85EDB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2:15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FD74D2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3DDB948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864B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4BC60C" w14:textId="77777777" w:rsidR="004F6456" w:rsidRDefault="00000000">
            <w:r>
              <w:rPr>
                <w:color w:val="1F1F1F"/>
                <w:sz w:val="18"/>
              </w:rPr>
              <w:t>Tine Šoštarič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F99BF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E22CC0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6A035297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DE8DA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EE4FB7" w14:textId="77777777" w:rsidR="004F6456" w:rsidRDefault="00000000">
            <w:r>
              <w:rPr>
                <w:color w:val="1F1F1F"/>
                <w:sz w:val="18"/>
              </w:rPr>
              <w:t>Julijan Rajh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74CA7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2:18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890149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1E33C232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845B7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B60B06" w14:textId="77777777" w:rsidR="004F6456" w:rsidRDefault="00000000">
            <w:r>
              <w:rPr>
                <w:color w:val="1F1F1F"/>
                <w:sz w:val="18"/>
              </w:rPr>
              <w:t>Tadej Strelec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D1A56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2:19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C2E0B8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53A66030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ADB95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AC8C96" w14:textId="77777777" w:rsidR="004F6456" w:rsidRDefault="00000000">
            <w:r>
              <w:rPr>
                <w:color w:val="1F1F1F"/>
                <w:sz w:val="18"/>
              </w:rPr>
              <w:t>Luka Zidarič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9A16A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2:21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630AE9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6465F1A9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C4FF9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8DD16C" w14:textId="77777777" w:rsidR="004F6456" w:rsidRDefault="00000000">
            <w:r>
              <w:rPr>
                <w:color w:val="1F1F1F"/>
                <w:sz w:val="18"/>
              </w:rPr>
              <w:t>Luka Meško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A7CAF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2332EF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3FF1D32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F4BD6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121C0A" w14:textId="77777777" w:rsidR="004F6456" w:rsidRDefault="00000000">
            <w:r>
              <w:rPr>
                <w:color w:val="1F1F1F"/>
                <w:sz w:val="18"/>
              </w:rPr>
              <w:t>Gorazd Bratuša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CA716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6CE749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4775474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3F68B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A05E77" w14:textId="77777777" w:rsidR="004F6456" w:rsidRDefault="00000000">
            <w:r>
              <w:rPr>
                <w:color w:val="1F1F1F"/>
                <w:sz w:val="18"/>
              </w:rPr>
              <w:t>Anže Bogša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54C0F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2:38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7C87DE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7C839887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3D7E9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2F0981" w14:textId="77777777" w:rsidR="004F6456" w:rsidRDefault="00000000">
            <w:r>
              <w:rPr>
                <w:color w:val="1F1F1F"/>
                <w:sz w:val="18"/>
              </w:rPr>
              <w:t>Žan Lukman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8C63D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DE2D7C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339429C5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7F72D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66AA5B" w14:textId="77777777" w:rsidR="004F6456" w:rsidRDefault="00000000">
            <w:r>
              <w:rPr>
                <w:color w:val="1F1F1F"/>
                <w:sz w:val="18"/>
              </w:rPr>
              <w:t>Tijan Kralj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A23AA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AFF69A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201540D0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132A6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4EBF55" w14:textId="77777777" w:rsidR="004F6456" w:rsidRDefault="00000000">
            <w:r>
              <w:rPr>
                <w:color w:val="1F1F1F"/>
                <w:sz w:val="18"/>
              </w:rPr>
              <w:t>Miha Čuk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0EFAC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2:45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B717B5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2915E66D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643F0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D2FD16" w14:textId="77777777" w:rsidR="004F6456" w:rsidRDefault="00000000">
            <w:r>
              <w:rPr>
                <w:color w:val="1F1F1F"/>
                <w:sz w:val="18"/>
              </w:rPr>
              <w:t>Mihael Kosec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43ED0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2:57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E96D61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</w:tbl>
    <w:p w14:paraId="4835A250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4CA0B22D" w14:textId="77777777" w:rsidR="004F6456" w:rsidRDefault="00000000">
      <w:r>
        <w:br w:type="page"/>
      </w:r>
    </w:p>
    <w:p w14:paraId="4BE03D64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74A00562" w14:textId="7A2E855E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6.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Deklice</w:t>
      </w:r>
      <w:proofErr w:type="spellEnd"/>
      <w:r w:rsidR="00EE33EC">
        <w:rPr>
          <w:b/>
          <w:color w:val="17365D"/>
          <w:sz w:val="34"/>
        </w:rPr>
        <w:t xml:space="preserve"> </w:t>
      </w:r>
      <w:r w:rsidR="00EE33EC">
        <w:rPr>
          <w:b/>
          <w:color w:val="17365D"/>
          <w:sz w:val="34"/>
        </w:rPr>
        <w:t xml:space="preserve">– </w:t>
      </w:r>
      <w:proofErr w:type="spellStart"/>
      <w:r w:rsidR="00EE33EC">
        <w:rPr>
          <w:b/>
          <w:color w:val="17365D"/>
          <w:sz w:val="34"/>
        </w:rPr>
        <w:t>letnik</w:t>
      </w:r>
      <w:proofErr w:type="spellEnd"/>
      <w:r w:rsidR="00EE33EC">
        <w:rPr>
          <w:b/>
          <w:color w:val="17365D"/>
          <w:sz w:val="34"/>
        </w:rPr>
        <w:t xml:space="preserve"> 2015</w:t>
      </w:r>
    </w:p>
    <w:p w14:paraId="15911B2A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600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2B8CC541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FB7B8F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BFF9A2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D8B025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EA2B52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10E5CC11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781EA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3C2CC1" w14:textId="77777777" w:rsidR="004F6456" w:rsidRDefault="00000000">
            <w:r>
              <w:rPr>
                <w:b/>
                <w:color w:val="1F1F1F"/>
                <w:sz w:val="18"/>
              </w:rPr>
              <w:t>Žana Novak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8DC446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2:14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AF9B4D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59515309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D25BA6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12E757" w14:textId="77777777" w:rsidR="004F6456" w:rsidRDefault="00000000">
            <w:r>
              <w:rPr>
                <w:b/>
                <w:color w:val="1F1F1F"/>
                <w:sz w:val="18"/>
              </w:rPr>
              <w:t>Mia Mori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41CDFF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2:17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887DDC" w14:textId="77777777" w:rsidR="004F6456" w:rsidRDefault="00000000">
            <w:r>
              <w:rPr>
                <w:b/>
                <w:color w:val="1F1F1F"/>
                <w:sz w:val="18"/>
              </w:rPr>
              <w:t>OŠ Velika Nedelja</w:t>
            </w:r>
          </w:p>
        </w:tc>
      </w:tr>
      <w:tr w:rsidR="004F6456" w14:paraId="49AD3D38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EB729D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98AB8E" w14:textId="77777777" w:rsidR="004F6456" w:rsidRDefault="00000000">
            <w:r>
              <w:rPr>
                <w:b/>
                <w:color w:val="1F1F1F"/>
                <w:sz w:val="18"/>
              </w:rPr>
              <w:t>Tiara Kocjan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FA3B1B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2:20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BA5074" w14:textId="77777777" w:rsidR="004F6456" w:rsidRDefault="00000000">
            <w:r>
              <w:rPr>
                <w:b/>
                <w:color w:val="1F1F1F"/>
                <w:sz w:val="18"/>
              </w:rPr>
              <w:t>OŠ Miklavž pri Ormožu</w:t>
            </w:r>
          </w:p>
        </w:tc>
      </w:tr>
      <w:tr w:rsidR="004F6456" w14:paraId="7F8023C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12675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13077C" w14:textId="77777777" w:rsidR="004F6456" w:rsidRDefault="00000000">
            <w:r>
              <w:rPr>
                <w:color w:val="1F1F1F"/>
                <w:sz w:val="18"/>
              </w:rPr>
              <w:t>Pia Veldin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13179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7B97EC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6B8EC909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EA856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0CAC17" w14:textId="77777777" w:rsidR="004F6456" w:rsidRDefault="00000000">
            <w:r>
              <w:rPr>
                <w:color w:val="1F1F1F"/>
                <w:sz w:val="18"/>
              </w:rPr>
              <w:t>Tita Krabonja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32C8F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53B68C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1C176925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C3569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DE475B" w14:textId="77777777" w:rsidR="004F6456" w:rsidRDefault="00000000">
            <w:r>
              <w:rPr>
                <w:color w:val="1F1F1F"/>
                <w:sz w:val="18"/>
              </w:rPr>
              <w:t>Kim Rajh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64601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C78A74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47213B6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29849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D047A8" w14:textId="77777777" w:rsidR="004F6456" w:rsidRDefault="00000000">
            <w:r>
              <w:rPr>
                <w:color w:val="1F1F1F"/>
                <w:sz w:val="18"/>
              </w:rPr>
              <w:t>Teja Rašl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59D7B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B55F99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1B58E5B4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F1FCC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7AFD8A" w14:textId="77777777" w:rsidR="004F6456" w:rsidRDefault="00000000">
            <w:r>
              <w:rPr>
                <w:color w:val="1F1F1F"/>
                <w:sz w:val="18"/>
              </w:rPr>
              <w:t>Mia Štuhec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5D672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2:26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4B4313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66F1CBE7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70EDE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6383A5" w14:textId="77777777" w:rsidR="004F6456" w:rsidRDefault="00000000">
            <w:r>
              <w:rPr>
                <w:color w:val="1F1F1F"/>
                <w:sz w:val="18"/>
              </w:rPr>
              <w:t>Vita Šnajder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BE2AC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7C0C54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0BBD67D1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28518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CBB3FA" w14:textId="77777777" w:rsidR="004F6456" w:rsidRDefault="00000000">
            <w:r>
              <w:rPr>
                <w:color w:val="1F1F1F"/>
                <w:sz w:val="18"/>
              </w:rPr>
              <w:t>Nicol Karba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C4702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2:28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0FB5C8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6F2B3AE7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446C3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F7F854" w14:textId="77777777" w:rsidR="004F6456" w:rsidRDefault="00000000">
            <w:r>
              <w:rPr>
                <w:color w:val="1F1F1F"/>
                <w:sz w:val="18"/>
              </w:rPr>
              <w:t>Gaja Rotar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FEAF0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2:29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8D19FF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56EB25D6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7FA61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133858" w14:textId="77777777" w:rsidR="004F6456" w:rsidRDefault="00000000">
            <w:r>
              <w:rPr>
                <w:color w:val="1F1F1F"/>
                <w:sz w:val="18"/>
              </w:rPr>
              <w:t>Tesa Munda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652AB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2552EC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36F5B42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17778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52633F" w14:textId="77777777" w:rsidR="004F6456" w:rsidRDefault="00000000">
            <w:r>
              <w:rPr>
                <w:color w:val="1F1F1F"/>
                <w:sz w:val="18"/>
              </w:rPr>
              <w:t>Zoja Munda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B6277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2:35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163B81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615E63F2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0E2D5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EE3A46" w14:textId="77777777" w:rsidR="004F6456" w:rsidRDefault="00000000">
            <w:r>
              <w:rPr>
                <w:color w:val="1F1F1F"/>
                <w:sz w:val="18"/>
              </w:rPr>
              <w:t>Laura Masten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3E56D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962D8E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0FCC7D45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2D370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A62A8B" w14:textId="77777777" w:rsidR="004F6456" w:rsidRDefault="00000000">
            <w:r>
              <w:rPr>
                <w:color w:val="1F1F1F"/>
                <w:sz w:val="18"/>
              </w:rPr>
              <w:t>Hana Rajh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BAE62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2:42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1BF681" w14:textId="55F2F230" w:rsidR="004F6456" w:rsidRDefault="00000000">
            <w:r>
              <w:rPr>
                <w:color w:val="1F1F1F"/>
                <w:sz w:val="18"/>
              </w:rPr>
              <w:t xml:space="preserve">OŠ </w:t>
            </w:r>
            <w:r w:rsidR="00032A0E">
              <w:rPr>
                <w:color w:val="1F1F1F"/>
                <w:sz w:val="18"/>
              </w:rPr>
              <w:t xml:space="preserve">Stanka </w:t>
            </w:r>
            <w:proofErr w:type="spellStart"/>
            <w:r w:rsidR="00032A0E">
              <w:rPr>
                <w:color w:val="1F1F1F"/>
                <w:sz w:val="18"/>
              </w:rPr>
              <w:t>Vraza</w:t>
            </w:r>
            <w:proofErr w:type="spellEnd"/>
            <w:r w:rsidR="00032A0E">
              <w:rPr>
                <w:color w:val="1F1F1F"/>
                <w:sz w:val="18"/>
              </w:rPr>
              <w:t xml:space="preserve"> </w:t>
            </w:r>
            <w:proofErr w:type="spellStart"/>
            <w:r w:rsidR="00032A0E">
              <w:rPr>
                <w:color w:val="1F1F1F"/>
                <w:sz w:val="18"/>
              </w:rPr>
              <w:t>Ormož</w:t>
            </w:r>
            <w:proofErr w:type="spellEnd"/>
          </w:p>
        </w:tc>
      </w:tr>
      <w:tr w:rsidR="004F6456" w14:paraId="491CA7EC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EE81B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F2B4BB" w14:textId="77777777" w:rsidR="004F6456" w:rsidRDefault="00000000">
            <w:r>
              <w:rPr>
                <w:color w:val="1F1F1F"/>
                <w:sz w:val="18"/>
              </w:rPr>
              <w:t>Eva Črepinko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0C115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2:52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024BA4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</w:tbl>
    <w:p w14:paraId="6B62DE4D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4AF71A72" w14:textId="77777777" w:rsidR="004F6456" w:rsidRDefault="00000000">
      <w:r>
        <w:br w:type="page"/>
      </w:r>
    </w:p>
    <w:p w14:paraId="04BE659A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174C84C9" w14:textId="0013A441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7.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Dečki</w:t>
      </w:r>
      <w:proofErr w:type="spellEnd"/>
      <w:r w:rsidR="00EE33EC">
        <w:rPr>
          <w:b/>
          <w:color w:val="17365D"/>
          <w:sz w:val="34"/>
        </w:rPr>
        <w:t xml:space="preserve"> </w:t>
      </w:r>
      <w:r w:rsidR="00EE33EC">
        <w:rPr>
          <w:b/>
          <w:color w:val="17365D"/>
          <w:sz w:val="34"/>
        </w:rPr>
        <w:t xml:space="preserve">– </w:t>
      </w:r>
      <w:proofErr w:type="spellStart"/>
      <w:r w:rsidR="00EE33EC">
        <w:rPr>
          <w:b/>
          <w:color w:val="17365D"/>
          <w:sz w:val="34"/>
        </w:rPr>
        <w:t>letnik</w:t>
      </w:r>
      <w:proofErr w:type="spellEnd"/>
      <w:r w:rsidR="00EE33EC">
        <w:rPr>
          <w:b/>
          <w:color w:val="17365D"/>
          <w:sz w:val="34"/>
        </w:rPr>
        <w:t xml:space="preserve"> 201</w:t>
      </w:r>
      <w:r w:rsidR="00EE33EC">
        <w:rPr>
          <w:b/>
          <w:color w:val="17365D"/>
          <w:sz w:val="34"/>
        </w:rPr>
        <w:t>4</w:t>
      </w:r>
    </w:p>
    <w:p w14:paraId="22B61974" w14:textId="18E53481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>10</w:t>
      </w:r>
      <w:r>
        <w:rPr>
          <w:b/>
          <w:color w:val="17365D"/>
          <w:sz w:val="34"/>
        </w:rPr>
        <w:t xml:space="preserve">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6374B47B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8EE391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BD15A2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F3A750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66A280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207370CF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3CC46E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485919" w14:textId="77777777" w:rsidR="004F6456" w:rsidRDefault="00000000">
            <w:r>
              <w:rPr>
                <w:b/>
                <w:color w:val="1F1F1F"/>
                <w:sz w:val="18"/>
              </w:rPr>
              <w:t>Jan Lesjak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8EE33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3:34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AF3AE7" w14:textId="77777777" w:rsidR="004F6456" w:rsidRDefault="00000000">
            <w:r>
              <w:rPr>
                <w:b/>
                <w:color w:val="1F1F1F"/>
                <w:sz w:val="18"/>
              </w:rPr>
              <w:t>OŠ Sveti Tomaž</w:t>
            </w:r>
          </w:p>
        </w:tc>
      </w:tr>
      <w:tr w:rsidR="004F6456" w14:paraId="7853EDC2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BB7438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66329B" w14:textId="77777777" w:rsidR="004F6456" w:rsidRDefault="00000000">
            <w:r>
              <w:rPr>
                <w:b/>
                <w:color w:val="1F1F1F"/>
                <w:sz w:val="18"/>
              </w:rPr>
              <w:t>Jan Kirbiš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B028DF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3:37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1CAE35" w14:textId="77777777" w:rsidR="004F6456" w:rsidRDefault="00000000">
            <w:r>
              <w:rPr>
                <w:b/>
                <w:color w:val="1F1F1F"/>
                <w:sz w:val="18"/>
              </w:rPr>
              <w:t>OŠ Velika Nedelja</w:t>
            </w:r>
          </w:p>
        </w:tc>
      </w:tr>
      <w:tr w:rsidR="004F6456" w14:paraId="5334EA1A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D528C2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8968EC" w14:textId="77777777" w:rsidR="004F6456" w:rsidRDefault="00000000">
            <w:r>
              <w:rPr>
                <w:b/>
                <w:color w:val="1F1F1F"/>
                <w:sz w:val="18"/>
              </w:rPr>
              <w:t>Filip Sovič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8B2CC2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3:39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40CE3D" w14:textId="77777777" w:rsidR="004F6456" w:rsidRDefault="00000000">
            <w:r>
              <w:rPr>
                <w:b/>
                <w:color w:val="1F1F1F"/>
                <w:sz w:val="18"/>
              </w:rPr>
              <w:t>OŠ Miklavž pri Ormožu</w:t>
            </w:r>
          </w:p>
        </w:tc>
      </w:tr>
      <w:tr w:rsidR="004F6456" w14:paraId="36CB5268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05CF8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F7069E" w14:textId="77777777" w:rsidR="004F6456" w:rsidRDefault="00000000">
            <w:r>
              <w:rPr>
                <w:color w:val="1F1F1F"/>
                <w:sz w:val="18"/>
              </w:rPr>
              <w:t>Jernej Boj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C5CB6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19908C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355986E4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2529E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C4B597" w14:textId="77777777" w:rsidR="004F6456" w:rsidRDefault="00000000">
            <w:r>
              <w:rPr>
                <w:color w:val="1F1F1F"/>
                <w:sz w:val="18"/>
              </w:rPr>
              <w:t>Filip Horvat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7750A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3:54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5EC934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705DE3A1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9898B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28888A" w14:textId="77777777" w:rsidR="004F6456" w:rsidRDefault="00000000">
            <w:r>
              <w:rPr>
                <w:color w:val="1F1F1F"/>
                <w:sz w:val="18"/>
              </w:rPr>
              <w:t>Klemen Janežič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0AF5F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3:56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8AEAC8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1A49BDA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F283A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B2B580" w14:textId="77777777" w:rsidR="004F6456" w:rsidRDefault="00000000">
            <w:r>
              <w:rPr>
                <w:color w:val="1F1F1F"/>
                <w:sz w:val="18"/>
              </w:rPr>
              <w:t>Aleks Erjavec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E9E30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3:59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B7D3EC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66C03B2A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FE97D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143F4A" w14:textId="77777777" w:rsidR="004F6456" w:rsidRDefault="00000000">
            <w:r>
              <w:rPr>
                <w:color w:val="1F1F1F"/>
                <w:sz w:val="18"/>
              </w:rPr>
              <w:t>Žiga Trop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CCE37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4:03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3ED6B8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34B5E653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AAB0C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4D4338" w14:textId="77777777" w:rsidR="004F6456" w:rsidRDefault="00000000">
            <w:r>
              <w:rPr>
                <w:color w:val="1F1F1F"/>
                <w:sz w:val="18"/>
              </w:rPr>
              <w:t>Anže Plohl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18B5B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4:08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FF859F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561113F6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51D58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792136" w14:textId="77777777" w:rsidR="004F6456" w:rsidRDefault="00000000">
            <w:r>
              <w:rPr>
                <w:color w:val="1F1F1F"/>
                <w:sz w:val="18"/>
              </w:rPr>
              <w:t>Jure Prelogar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FC02E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088CE0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28CE82FE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37B31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DF24D8" w14:textId="77777777" w:rsidR="004F6456" w:rsidRDefault="00000000">
            <w:r>
              <w:rPr>
                <w:color w:val="1F1F1F"/>
                <w:sz w:val="18"/>
              </w:rPr>
              <w:t>Alex Štimec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954CF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B72335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352F282D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8422D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396069" w14:textId="77777777" w:rsidR="004F6456" w:rsidRDefault="00000000">
            <w:r>
              <w:rPr>
                <w:color w:val="1F1F1F"/>
                <w:sz w:val="18"/>
              </w:rPr>
              <w:t>Martin Žorž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34488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CE44B8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1228478E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251E5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08C658" w14:textId="77777777" w:rsidR="004F6456" w:rsidRDefault="00000000">
            <w:r>
              <w:rPr>
                <w:color w:val="1F1F1F"/>
                <w:sz w:val="18"/>
              </w:rPr>
              <w:t>Jaka Horvat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ADEB5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4:18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2B6756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0BA7F878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4DC90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27204F" w14:textId="77777777" w:rsidR="004F6456" w:rsidRDefault="00000000">
            <w:r>
              <w:rPr>
                <w:color w:val="1F1F1F"/>
                <w:sz w:val="18"/>
              </w:rPr>
              <w:t>Timi Bratuša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0F6B0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8B221A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74348091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F3CFD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792015" w14:textId="77777777" w:rsidR="004F6456" w:rsidRDefault="00000000">
            <w:r>
              <w:rPr>
                <w:color w:val="1F1F1F"/>
                <w:sz w:val="18"/>
              </w:rPr>
              <w:t>Lan Wunderling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D0893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2CD6AE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4E8E92C6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3523B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A86386" w14:textId="77777777" w:rsidR="004F6456" w:rsidRDefault="00000000">
            <w:r>
              <w:rPr>
                <w:color w:val="1F1F1F"/>
                <w:sz w:val="18"/>
              </w:rPr>
              <w:t>Nino Bratuša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FED40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4:25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1A2F1E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3DE8A93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A19FF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822E4E" w14:textId="77777777" w:rsidR="004F6456" w:rsidRDefault="00000000">
            <w:r>
              <w:rPr>
                <w:color w:val="1F1F1F"/>
                <w:sz w:val="18"/>
              </w:rPr>
              <w:t>Vivian Čeh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3737F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699E3F" w14:textId="51AAB39E" w:rsidR="004F6456" w:rsidRDefault="00000000">
            <w:r>
              <w:rPr>
                <w:color w:val="1F1F1F"/>
                <w:sz w:val="18"/>
              </w:rPr>
              <w:t xml:space="preserve">OŠ </w:t>
            </w:r>
            <w:r w:rsidR="00032A0E">
              <w:rPr>
                <w:color w:val="1F1F1F"/>
                <w:sz w:val="18"/>
              </w:rPr>
              <w:t xml:space="preserve">Stanka </w:t>
            </w:r>
            <w:proofErr w:type="spellStart"/>
            <w:r w:rsidR="00032A0E">
              <w:rPr>
                <w:color w:val="1F1F1F"/>
                <w:sz w:val="18"/>
              </w:rPr>
              <w:t>Vraza</w:t>
            </w:r>
            <w:proofErr w:type="spellEnd"/>
            <w:r w:rsidR="00032A0E">
              <w:rPr>
                <w:color w:val="1F1F1F"/>
                <w:sz w:val="18"/>
              </w:rPr>
              <w:t xml:space="preserve"> </w:t>
            </w:r>
            <w:proofErr w:type="spellStart"/>
            <w:r w:rsidR="00032A0E">
              <w:rPr>
                <w:color w:val="1F1F1F"/>
                <w:sz w:val="18"/>
              </w:rPr>
              <w:t>Ormož</w:t>
            </w:r>
            <w:proofErr w:type="spellEnd"/>
          </w:p>
        </w:tc>
      </w:tr>
    </w:tbl>
    <w:p w14:paraId="21B1452E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28B7BC25" w14:textId="77777777" w:rsidR="004F6456" w:rsidRDefault="00000000">
      <w:r>
        <w:br w:type="page"/>
      </w:r>
    </w:p>
    <w:p w14:paraId="2BB9A764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0C5779E7" w14:textId="4817A7C4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7.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Deklice</w:t>
      </w:r>
      <w:proofErr w:type="spellEnd"/>
      <w:r w:rsidR="00EE33EC">
        <w:rPr>
          <w:b/>
          <w:color w:val="17365D"/>
          <w:sz w:val="34"/>
        </w:rPr>
        <w:t xml:space="preserve"> </w:t>
      </w:r>
      <w:r w:rsidR="00EE33EC">
        <w:rPr>
          <w:b/>
          <w:color w:val="17365D"/>
          <w:sz w:val="34"/>
        </w:rPr>
        <w:t xml:space="preserve">– </w:t>
      </w:r>
      <w:proofErr w:type="spellStart"/>
      <w:r w:rsidR="00EE33EC">
        <w:rPr>
          <w:b/>
          <w:color w:val="17365D"/>
          <w:sz w:val="34"/>
        </w:rPr>
        <w:t>letnik</w:t>
      </w:r>
      <w:proofErr w:type="spellEnd"/>
      <w:r w:rsidR="00EE33EC">
        <w:rPr>
          <w:b/>
          <w:color w:val="17365D"/>
          <w:sz w:val="34"/>
        </w:rPr>
        <w:t xml:space="preserve"> 201</w:t>
      </w:r>
      <w:r w:rsidR="00EE33EC">
        <w:rPr>
          <w:b/>
          <w:color w:val="17365D"/>
          <w:sz w:val="34"/>
        </w:rPr>
        <w:t>4</w:t>
      </w:r>
    </w:p>
    <w:p w14:paraId="7223B9D5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1000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54B4C3E3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EC4CD7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4C973F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52F5C6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AB7503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10365CE1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CBC677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898564" w14:textId="77777777" w:rsidR="004F6456" w:rsidRDefault="00000000">
            <w:r>
              <w:rPr>
                <w:b/>
                <w:color w:val="1F1F1F"/>
                <w:sz w:val="18"/>
              </w:rPr>
              <w:t>Maja Vaupotič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CF361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3:55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5A748F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1CB414A2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95EFCB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1D003B" w14:textId="77777777" w:rsidR="004F6456" w:rsidRDefault="00000000">
            <w:r>
              <w:rPr>
                <w:b/>
                <w:color w:val="1F1F1F"/>
                <w:sz w:val="18"/>
              </w:rPr>
              <w:t>Julija Hilc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9ECE31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4:01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592A2E" w14:textId="77777777" w:rsidR="004F6456" w:rsidRDefault="00000000">
            <w:r>
              <w:rPr>
                <w:b/>
                <w:color w:val="1F1F1F"/>
                <w:sz w:val="18"/>
              </w:rPr>
              <w:t>OŠ Ivanjkovci</w:t>
            </w:r>
          </w:p>
        </w:tc>
      </w:tr>
      <w:tr w:rsidR="004F6456" w14:paraId="184C0E78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88503C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7AEF47" w14:textId="77777777" w:rsidR="004F6456" w:rsidRDefault="00000000">
            <w:r>
              <w:rPr>
                <w:b/>
                <w:color w:val="1F1F1F"/>
                <w:sz w:val="18"/>
              </w:rPr>
              <w:t>Patiricja Fekonja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3A5CB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4:13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02F3B3" w14:textId="77777777" w:rsidR="004F6456" w:rsidRDefault="00000000">
            <w:r>
              <w:rPr>
                <w:b/>
                <w:color w:val="1F1F1F"/>
                <w:sz w:val="18"/>
              </w:rPr>
              <w:t>OŠ Velika Nedelja</w:t>
            </w:r>
          </w:p>
        </w:tc>
      </w:tr>
      <w:tr w:rsidR="004F6456" w14:paraId="34B8380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D3CF8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CE831B" w14:textId="77777777" w:rsidR="004F6456" w:rsidRDefault="00000000">
            <w:r>
              <w:rPr>
                <w:color w:val="1F1F1F"/>
                <w:sz w:val="18"/>
              </w:rPr>
              <w:t>Zala Pintarič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887AB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D80156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14A2E865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4B35A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55DC7F" w14:textId="77777777" w:rsidR="004F6456" w:rsidRDefault="00000000">
            <w:r>
              <w:rPr>
                <w:color w:val="1F1F1F"/>
                <w:sz w:val="18"/>
              </w:rPr>
              <w:t>Tea Smontara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F8E10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DCE0A4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2076CB62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BA24F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29BD87" w14:textId="77777777" w:rsidR="004F6456" w:rsidRDefault="00000000">
            <w:r>
              <w:rPr>
                <w:color w:val="1F1F1F"/>
                <w:sz w:val="18"/>
              </w:rPr>
              <w:t>Kaja Mesarec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589FA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4:28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F2ECE5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712346EE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653F4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3A3880" w14:textId="77777777" w:rsidR="004F6456" w:rsidRDefault="00000000">
            <w:r>
              <w:rPr>
                <w:color w:val="1F1F1F"/>
                <w:sz w:val="18"/>
              </w:rPr>
              <w:t>Ema Kelemina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9663E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4:32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84B513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5CB7C3B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651F0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645870" w14:textId="77777777" w:rsidR="004F6456" w:rsidRDefault="00000000">
            <w:r>
              <w:rPr>
                <w:color w:val="1F1F1F"/>
                <w:sz w:val="18"/>
              </w:rPr>
              <w:t>Lina Mikložič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A1952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E30806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3599B863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DD29B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961538" w14:textId="77777777" w:rsidR="004F6456" w:rsidRDefault="00000000">
            <w:r>
              <w:rPr>
                <w:color w:val="1F1F1F"/>
                <w:sz w:val="18"/>
              </w:rPr>
              <w:t>Sofia Kukovec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B8C09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C21483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5A7E64A2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437CC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172E84" w14:textId="77777777" w:rsidR="004F6456" w:rsidRDefault="00000000">
            <w:r>
              <w:rPr>
                <w:color w:val="1F1F1F"/>
                <w:sz w:val="18"/>
              </w:rPr>
              <w:t>Mia Medik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6075B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8FC4D1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2FE06A40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E78B7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DE54A8" w14:textId="77777777" w:rsidR="004F6456" w:rsidRDefault="00000000">
            <w:r>
              <w:rPr>
                <w:color w:val="1F1F1F"/>
                <w:sz w:val="18"/>
              </w:rPr>
              <w:t>Elisa Zmazek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62979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4:46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5F08C6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56DDF7C8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58D65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22BCB1" w14:textId="77777777" w:rsidR="004F6456" w:rsidRDefault="00000000">
            <w:r>
              <w:rPr>
                <w:color w:val="1F1F1F"/>
                <w:sz w:val="18"/>
              </w:rPr>
              <w:t>Pia Kovačič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AD8EE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4:53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50A52F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556CF86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77893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D83A2E" w14:textId="77777777" w:rsidR="004F6456" w:rsidRDefault="00000000">
            <w:r>
              <w:rPr>
                <w:color w:val="1F1F1F"/>
                <w:sz w:val="18"/>
              </w:rPr>
              <w:t>Iris Šulek Rakuša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3CD4D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4:59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BD5B86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57AC8F92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8331C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19AABC" w14:textId="77777777" w:rsidR="004F6456" w:rsidRDefault="00000000">
            <w:r>
              <w:rPr>
                <w:color w:val="1F1F1F"/>
                <w:sz w:val="18"/>
              </w:rPr>
              <w:t>Tia Germin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B7C96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5:01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B69630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53B723E0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0CAF9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B97F70" w14:textId="77777777" w:rsidR="004F6456" w:rsidRDefault="00000000">
            <w:r>
              <w:rPr>
                <w:color w:val="1F1F1F"/>
                <w:sz w:val="18"/>
              </w:rPr>
              <w:t>Zala Kocjan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5AB30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5:10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929DA9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38BA126B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E82D2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1916C5" w14:textId="77777777" w:rsidR="004F6456" w:rsidRDefault="00000000">
            <w:r>
              <w:rPr>
                <w:color w:val="1F1F1F"/>
                <w:sz w:val="18"/>
              </w:rPr>
              <w:t>Sergej Grnjak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8B691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5:14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4B9C5A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</w:tbl>
    <w:p w14:paraId="55617806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17466043" w14:textId="77777777" w:rsidR="004F6456" w:rsidRDefault="00000000">
      <w:r>
        <w:br w:type="page"/>
      </w:r>
    </w:p>
    <w:p w14:paraId="01E7BB44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3207D9C6" w14:textId="56313D83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8.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Dečki</w:t>
      </w:r>
      <w:proofErr w:type="spellEnd"/>
      <w:r w:rsidR="00487574">
        <w:rPr>
          <w:b/>
          <w:color w:val="17365D"/>
          <w:sz w:val="34"/>
        </w:rPr>
        <w:t xml:space="preserve"> </w:t>
      </w:r>
      <w:r w:rsidR="00487574">
        <w:rPr>
          <w:b/>
          <w:color w:val="17365D"/>
          <w:sz w:val="34"/>
        </w:rPr>
        <w:t xml:space="preserve">– </w:t>
      </w:r>
      <w:proofErr w:type="spellStart"/>
      <w:r w:rsidR="00487574">
        <w:rPr>
          <w:b/>
          <w:color w:val="17365D"/>
          <w:sz w:val="34"/>
        </w:rPr>
        <w:t>letnik</w:t>
      </w:r>
      <w:proofErr w:type="spellEnd"/>
      <w:r w:rsidR="00487574">
        <w:rPr>
          <w:b/>
          <w:color w:val="17365D"/>
          <w:sz w:val="34"/>
        </w:rPr>
        <w:t xml:space="preserve"> 201</w:t>
      </w:r>
      <w:r w:rsidR="00487574">
        <w:rPr>
          <w:b/>
          <w:color w:val="17365D"/>
          <w:sz w:val="34"/>
        </w:rPr>
        <w:t>3</w:t>
      </w:r>
    </w:p>
    <w:p w14:paraId="74959F6E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1000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7C9F6C9A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3A5200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68CF5F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E855A4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2A3E28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4F98E6C0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165BB1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C83FA2" w14:textId="77777777" w:rsidR="004F6456" w:rsidRDefault="00000000">
            <w:r>
              <w:rPr>
                <w:b/>
                <w:color w:val="1F1F1F"/>
                <w:sz w:val="18"/>
              </w:rPr>
              <w:t>Leo Kolbl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3E1BBE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3:33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BB2576" w14:textId="77777777" w:rsidR="004F6456" w:rsidRDefault="00000000">
            <w:r>
              <w:rPr>
                <w:b/>
                <w:color w:val="1F1F1F"/>
                <w:sz w:val="18"/>
              </w:rPr>
              <w:t>OŠ Velika Nedelja</w:t>
            </w:r>
          </w:p>
        </w:tc>
      </w:tr>
      <w:tr w:rsidR="004F6456" w14:paraId="0651EE65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D9272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BF96A7" w14:textId="77777777" w:rsidR="004F6456" w:rsidRDefault="00000000">
            <w:r>
              <w:rPr>
                <w:b/>
                <w:color w:val="1F1F1F"/>
                <w:sz w:val="18"/>
              </w:rPr>
              <w:t>Jurij Čurin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0340D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3:34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DB261D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30EE1456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335397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1A727E" w14:textId="77777777" w:rsidR="004F6456" w:rsidRDefault="00000000">
            <w:r>
              <w:rPr>
                <w:b/>
                <w:color w:val="1F1F1F"/>
                <w:sz w:val="18"/>
              </w:rPr>
              <w:t>Žan Ivančok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A70CD0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3:36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A35483" w14:textId="77777777" w:rsidR="004F6456" w:rsidRDefault="00000000">
            <w:r>
              <w:rPr>
                <w:b/>
                <w:color w:val="1F1F1F"/>
                <w:sz w:val="18"/>
              </w:rPr>
              <w:t>OŠ Miklavž pri Ormožu</w:t>
            </w:r>
          </w:p>
        </w:tc>
      </w:tr>
      <w:tr w:rsidR="004F6456" w14:paraId="637D20BD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8EEC8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15B7BC" w14:textId="77777777" w:rsidR="004F6456" w:rsidRDefault="00000000">
            <w:r>
              <w:rPr>
                <w:color w:val="1F1F1F"/>
                <w:sz w:val="18"/>
              </w:rPr>
              <w:t>Mitja Babič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36915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3:43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71D175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65D94352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5DDC1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D0D343" w14:textId="77777777" w:rsidR="004F6456" w:rsidRDefault="00000000">
            <w:r>
              <w:rPr>
                <w:color w:val="1F1F1F"/>
                <w:sz w:val="18"/>
              </w:rPr>
              <w:t>Jaša Šoštarič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45B60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3:44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656B7B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7CF49915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F88185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8DB844" w14:textId="77777777" w:rsidR="004F6456" w:rsidRDefault="00000000">
            <w:r>
              <w:rPr>
                <w:color w:val="1F1F1F"/>
                <w:sz w:val="18"/>
              </w:rPr>
              <w:t>Anej Školiber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E2C03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3:45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F53B67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2282E96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A1C37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D3E054" w14:textId="77777777" w:rsidR="004F6456" w:rsidRDefault="00000000">
            <w:r>
              <w:rPr>
                <w:color w:val="1F1F1F"/>
                <w:sz w:val="18"/>
              </w:rPr>
              <w:t>Anže Lašič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51D04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B024DD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7A62ACF2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42152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332E9F" w14:textId="77777777" w:rsidR="004F6456" w:rsidRDefault="00000000">
            <w:r>
              <w:rPr>
                <w:color w:val="1F1F1F"/>
                <w:sz w:val="18"/>
              </w:rPr>
              <w:t>Jakob Pleh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906A5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4C90FB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1CA04A87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91AFD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144CCA" w14:textId="77777777" w:rsidR="004F6456" w:rsidRDefault="00000000">
            <w:r>
              <w:rPr>
                <w:color w:val="1F1F1F"/>
                <w:sz w:val="18"/>
              </w:rPr>
              <w:t>Nik Škrjanec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D287E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B443F8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2E8E6BC2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57D0D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F2CF78" w14:textId="77777777" w:rsidR="004F6456" w:rsidRDefault="00000000">
            <w:r>
              <w:rPr>
                <w:color w:val="1F1F1F"/>
                <w:sz w:val="18"/>
              </w:rPr>
              <w:t>Val Munda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0E1DD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4:05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9C7703" w14:textId="192A6273" w:rsidR="004F6456" w:rsidRDefault="00000000">
            <w:r>
              <w:rPr>
                <w:color w:val="1F1F1F"/>
                <w:sz w:val="18"/>
              </w:rPr>
              <w:t xml:space="preserve">OŠ </w:t>
            </w:r>
            <w:r w:rsidR="00032A0E">
              <w:rPr>
                <w:color w:val="1F1F1F"/>
                <w:sz w:val="18"/>
              </w:rPr>
              <w:t xml:space="preserve">Stanka </w:t>
            </w:r>
            <w:proofErr w:type="spellStart"/>
            <w:r w:rsidR="00032A0E">
              <w:rPr>
                <w:color w:val="1F1F1F"/>
                <w:sz w:val="18"/>
              </w:rPr>
              <w:t>Vraza</w:t>
            </w:r>
            <w:proofErr w:type="spellEnd"/>
            <w:r w:rsidR="00032A0E">
              <w:rPr>
                <w:color w:val="1F1F1F"/>
                <w:sz w:val="18"/>
              </w:rPr>
              <w:t xml:space="preserve"> </w:t>
            </w:r>
            <w:proofErr w:type="spellStart"/>
            <w:r w:rsidR="00032A0E">
              <w:rPr>
                <w:color w:val="1F1F1F"/>
                <w:sz w:val="18"/>
              </w:rPr>
              <w:t>Ormož</w:t>
            </w:r>
            <w:proofErr w:type="spellEnd"/>
          </w:p>
        </w:tc>
      </w:tr>
      <w:tr w:rsidR="004F6456" w14:paraId="182402BA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C8C34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F7B200" w14:textId="77777777" w:rsidR="004F6456" w:rsidRDefault="00000000">
            <w:r>
              <w:rPr>
                <w:color w:val="1F1F1F"/>
                <w:sz w:val="18"/>
              </w:rPr>
              <w:t>Aljaž Viher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174853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4:10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27CE59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06C5F60D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895D9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D8DA74" w14:textId="445648A4" w:rsidR="004F6456" w:rsidRDefault="00000000">
            <w:proofErr w:type="spellStart"/>
            <w:r>
              <w:rPr>
                <w:color w:val="1F1F1F"/>
                <w:sz w:val="18"/>
              </w:rPr>
              <w:t>Reihs</w:t>
            </w:r>
            <w:r w:rsidR="00487574">
              <w:rPr>
                <w:color w:val="1F1F1F"/>
                <w:sz w:val="18"/>
              </w:rPr>
              <w:t>s</w:t>
            </w:r>
            <w:proofErr w:type="spellEnd"/>
            <w:r>
              <w:rPr>
                <w:color w:val="1F1F1F"/>
                <w:sz w:val="18"/>
              </w:rPr>
              <w:t xml:space="preserve"> Niko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41512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4:11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D259A6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695448C5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7CF27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6DA8DA" w14:textId="77777777" w:rsidR="004F6456" w:rsidRDefault="00000000">
            <w:r>
              <w:rPr>
                <w:color w:val="1F1F1F"/>
                <w:sz w:val="18"/>
              </w:rPr>
              <w:t>Denis Špilak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F377E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4:12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4BC86A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14AC09E8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78AB9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5BD3FC" w14:textId="77777777" w:rsidR="004F6456" w:rsidRDefault="00000000">
            <w:r>
              <w:rPr>
                <w:color w:val="1F1F1F"/>
                <w:sz w:val="18"/>
              </w:rPr>
              <w:t>Filip Dimitriev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E06EB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047292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4DEF3EF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04CBF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11B5E4" w14:textId="77777777" w:rsidR="004F6456" w:rsidRDefault="00000000">
            <w:r>
              <w:rPr>
                <w:color w:val="1F1F1F"/>
                <w:sz w:val="18"/>
              </w:rPr>
              <w:t>Tin Jelovica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7BF30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26148E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</w:tbl>
    <w:p w14:paraId="6E503A9C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16E5768C" w14:textId="77777777" w:rsidR="004F6456" w:rsidRDefault="00000000">
      <w:r>
        <w:br w:type="page"/>
      </w:r>
    </w:p>
    <w:p w14:paraId="7C01A6B5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66656364" w14:textId="35882DEA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8.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Deklice</w:t>
      </w:r>
      <w:proofErr w:type="spellEnd"/>
      <w:r w:rsidR="00487574">
        <w:rPr>
          <w:b/>
          <w:color w:val="17365D"/>
          <w:sz w:val="34"/>
        </w:rPr>
        <w:t xml:space="preserve"> </w:t>
      </w:r>
      <w:r w:rsidR="00487574">
        <w:rPr>
          <w:b/>
          <w:color w:val="17365D"/>
          <w:sz w:val="34"/>
        </w:rPr>
        <w:t xml:space="preserve">– </w:t>
      </w:r>
      <w:proofErr w:type="spellStart"/>
      <w:r w:rsidR="00487574">
        <w:rPr>
          <w:b/>
          <w:color w:val="17365D"/>
          <w:sz w:val="34"/>
        </w:rPr>
        <w:t>letnik</w:t>
      </w:r>
      <w:proofErr w:type="spellEnd"/>
      <w:r w:rsidR="00487574">
        <w:rPr>
          <w:b/>
          <w:color w:val="17365D"/>
          <w:sz w:val="34"/>
        </w:rPr>
        <w:t xml:space="preserve"> 2013</w:t>
      </w:r>
    </w:p>
    <w:p w14:paraId="06F7E88E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1000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447781C0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A2D40F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AE3065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837094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82A819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4084867C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B9853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380FA7" w14:textId="77777777" w:rsidR="004F6456" w:rsidRDefault="00000000">
            <w:r>
              <w:rPr>
                <w:b/>
                <w:color w:val="1F1F1F"/>
                <w:sz w:val="18"/>
              </w:rPr>
              <w:t>Neža Novak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BD6BDB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3:56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DFA9DF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5489EFFC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281EE9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369EA6" w14:textId="77777777" w:rsidR="004F6456" w:rsidRDefault="00000000">
            <w:r>
              <w:rPr>
                <w:b/>
                <w:color w:val="1F1F1F"/>
                <w:sz w:val="18"/>
              </w:rPr>
              <w:t>Ula Jurčec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70FD27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3:59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AC9983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290AC881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C875A1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558E96" w14:textId="77777777" w:rsidR="004F6456" w:rsidRDefault="00000000">
            <w:r>
              <w:rPr>
                <w:b/>
                <w:color w:val="1F1F1F"/>
                <w:sz w:val="18"/>
              </w:rPr>
              <w:t>Zala Hebar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4BD5F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4:03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5BB3BB" w14:textId="77777777" w:rsidR="004F6456" w:rsidRDefault="00000000">
            <w:r>
              <w:rPr>
                <w:b/>
                <w:color w:val="1F1F1F"/>
                <w:sz w:val="18"/>
              </w:rPr>
              <w:t>OŠ Sveti Tomaž</w:t>
            </w:r>
          </w:p>
        </w:tc>
      </w:tr>
      <w:tr w:rsidR="004F6456" w14:paraId="3D1F6C2F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BABFD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5ED082" w14:textId="77777777" w:rsidR="004F6456" w:rsidRDefault="00000000">
            <w:r>
              <w:rPr>
                <w:color w:val="1F1F1F"/>
                <w:sz w:val="18"/>
              </w:rPr>
              <w:t>Maša Žuran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71DB8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007F45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745E1A5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86130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95BA9B" w14:textId="77777777" w:rsidR="004F6456" w:rsidRDefault="00000000">
            <w:r>
              <w:rPr>
                <w:color w:val="1F1F1F"/>
                <w:sz w:val="18"/>
              </w:rPr>
              <w:t>Tjaša Horvatič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24A0E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63D9A88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4386E050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263C2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DE5A0B" w14:textId="77777777" w:rsidR="004F6456" w:rsidRDefault="00000000">
            <w:r>
              <w:rPr>
                <w:color w:val="1F1F1F"/>
                <w:sz w:val="18"/>
              </w:rPr>
              <w:t>Ana Pintarič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31227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046AEE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7CCCD4B9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582B3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7EA1C3" w14:textId="77777777" w:rsidR="004F6456" w:rsidRDefault="00000000">
            <w:r>
              <w:rPr>
                <w:color w:val="1F1F1F"/>
                <w:sz w:val="18"/>
              </w:rPr>
              <w:t>Ana Horvat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10AC4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AEE67C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669F51B5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09A77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69FCDB" w14:textId="77777777" w:rsidR="004F6456" w:rsidRDefault="00000000">
            <w:r>
              <w:rPr>
                <w:color w:val="1F1F1F"/>
                <w:sz w:val="18"/>
              </w:rPr>
              <w:t>Lea Šala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16571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4:26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17FF05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29C1ED3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0E865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45700F" w14:textId="77777777" w:rsidR="004F6456" w:rsidRDefault="00000000">
            <w:r>
              <w:rPr>
                <w:color w:val="1F1F1F"/>
                <w:sz w:val="18"/>
              </w:rPr>
              <w:t>Nela Senica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E8B3D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4:28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48D28A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3DA3568B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B7600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ECCE95" w14:textId="77777777" w:rsidR="004F6456" w:rsidRDefault="00000000">
            <w:r>
              <w:rPr>
                <w:color w:val="1F1F1F"/>
                <w:sz w:val="18"/>
              </w:rPr>
              <w:t>Neža Kosi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BDE74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4:36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5E244C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27B2961C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3BF1A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B287BC" w14:textId="77777777" w:rsidR="004F6456" w:rsidRDefault="00000000">
            <w:r>
              <w:rPr>
                <w:color w:val="1F1F1F"/>
                <w:sz w:val="18"/>
              </w:rPr>
              <w:t>Naja Vaupotič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0DF8A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4:38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0847AE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25DB806D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3576F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22479C" w14:textId="77777777" w:rsidR="004F6456" w:rsidRDefault="00000000">
            <w:r>
              <w:rPr>
                <w:color w:val="1F1F1F"/>
                <w:sz w:val="18"/>
              </w:rPr>
              <w:t>Neža Štrman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22100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4:29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CCB227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052176C2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DA8B9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2B2B2E" w14:textId="77777777" w:rsidR="004F6456" w:rsidRDefault="00000000">
            <w:r>
              <w:rPr>
                <w:color w:val="1F1F1F"/>
                <w:sz w:val="18"/>
              </w:rPr>
              <w:t>Ema Marinšek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24441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6:17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5467DE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28C1FCE1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D5B26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2A605A" w14:textId="77777777" w:rsidR="004F6456" w:rsidRDefault="00000000">
            <w:r>
              <w:rPr>
                <w:color w:val="1F1F1F"/>
                <w:sz w:val="18"/>
              </w:rPr>
              <w:t>Teja Krajnc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BF406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6:20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176671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</w:tbl>
    <w:p w14:paraId="350F1915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1F421033" w14:textId="77777777" w:rsidR="004F6456" w:rsidRDefault="00000000">
      <w:r>
        <w:br w:type="page"/>
      </w:r>
    </w:p>
    <w:p w14:paraId="447438A3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39ADA353" w14:textId="604FE231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9.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Dečki</w:t>
      </w:r>
      <w:proofErr w:type="spellEnd"/>
      <w:r w:rsidR="00487574">
        <w:rPr>
          <w:b/>
          <w:color w:val="17365D"/>
          <w:sz w:val="34"/>
        </w:rPr>
        <w:t xml:space="preserve"> </w:t>
      </w:r>
      <w:r w:rsidR="00487574">
        <w:rPr>
          <w:b/>
          <w:color w:val="17365D"/>
          <w:sz w:val="34"/>
        </w:rPr>
        <w:t xml:space="preserve">– </w:t>
      </w:r>
      <w:proofErr w:type="spellStart"/>
      <w:r w:rsidR="00487574">
        <w:rPr>
          <w:b/>
          <w:color w:val="17365D"/>
          <w:sz w:val="34"/>
        </w:rPr>
        <w:t>letnik</w:t>
      </w:r>
      <w:proofErr w:type="spellEnd"/>
      <w:r w:rsidR="00487574">
        <w:rPr>
          <w:b/>
          <w:color w:val="17365D"/>
          <w:sz w:val="34"/>
        </w:rPr>
        <w:t xml:space="preserve"> 201</w:t>
      </w:r>
      <w:r w:rsidR="00487574">
        <w:rPr>
          <w:b/>
          <w:color w:val="17365D"/>
          <w:sz w:val="34"/>
        </w:rPr>
        <w:t>2</w:t>
      </w:r>
    </w:p>
    <w:p w14:paraId="6899B0C7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1000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0C2F62A3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5F8663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B358A2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5C226F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A1BF29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7F92A2ED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E7B96C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C10C2C" w14:textId="77777777" w:rsidR="004F6456" w:rsidRDefault="00000000">
            <w:r>
              <w:rPr>
                <w:b/>
                <w:color w:val="1F1F1F"/>
                <w:sz w:val="18"/>
              </w:rPr>
              <w:t>Žan Majhenič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FCC6B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3:07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5FD59D" w14:textId="77777777" w:rsidR="004F6456" w:rsidRDefault="00000000">
            <w:r>
              <w:rPr>
                <w:b/>
                <w:color w:val="1F1F1F"/>
                <w:sz w:val="18"/>
              </w:rPr>
              <w:t>OŠ Ivanjkovci</w:t>
            </w:r>
          </w:p>
        </w:tc>
      </w:tr>
      <w:tr w:rsidR="004F6456" w14:paraId="1B2C514D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815576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7B850FA" w14:textId="77777777" w:rsidR="004F6456" w:rsidRDefault="00000000">
            <w:r>
              <w:rPr>
                <w:b/>
                <w:color w:val="1F1F1F"/>
                <w:sz w:val="18"/>
              </w:rPr>
              <w:t>Anže Jurkovič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07811A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3:21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F0AD12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5DC900E1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37AE93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30E857" w14:textId="77777777" w:rsidR="004F6456" w:rsidRDefault="00000000">
            <w:r>
              <w:rPr>
                <w:b/>
                <w:color w:val="1F1F1F"/>
                <w:sz w:val="18"/>
              </w:rPr>
              <w:t>Gal Sagadin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4E0828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3:24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9BA300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285D3D59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33955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F465F8" w14:textId="77777777" w:rsidR="004F6456" w:rsidRDefault="00000000">
            <w:r>
              <w:rPr>
                <w:color w:val="1F1F1F"/>
                <w:sz w:val="18"/>
              </w:rPr>
              <w:t>Tilen Karba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F8CC9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3:29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CE74A2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244EEC0A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0758A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E09F8F" w14:textId="77777777" w:rsidR="004F6456" w:rsidRDefault="00000000">
            <w:r>
              <w:rPr>
                <w:color w:val="1F1F1F"/>
                <w:sz w:val="18"/>
              </w:rPr>
              <w:t>Žan Rajh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56273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3:33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2A280B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44FAE034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C1FE6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493C76" w14:textId="77777777" w:rsidR="004F6456" w:rsidRDefault="00000000">
            <w:r>
              <w:rPr>
                <w:color w:val="1F1F1F"/>
                <w:sz w:val="18"/>
              </w:rPr>
              <w:t>Val Serec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A1578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3:34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A8C783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000D3008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780F3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ECB981" w14:textId="77777777" w:rsidR="004F6456" w:rsidRDefault="00000000">
            <w:r>
              <w:rPr>
                <w:color w:val="1F1F1F"/>
                <w:sz w:val="18"/>
              </w:rPr>
              <w:t>Miha Kolmančič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953B6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3:36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1447A5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77A56118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F84108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E38423" w14:textId="77777777" w:rsidR="004F6456" w:rsidRDefault="00000000">
            <w:r>
              <w:rPr>
                <w:color w:val="1F1F1F"/>
                <w:sz w:val="18"/>
              </w:rPr>
              <w:t>Jaša Munda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50E4A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3:38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601227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45C9A9B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8ACA6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82E466" w14:textId="77777777" w:rsidR="004F6456" w:rsidRDefault="00000000">
            <w:r>
              <w:rPr>
                <w:color w:val="1F1F1F"/>
                <w:sz w:val="18"/>
              </w:rPr>
              <w:t>Leon Lubec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80EBE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3:40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E5F3E0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3B34CD7F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81E84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B85769" w14:textId="77777777" w:rsidR="004F6456" w:rsidRDefault="00000000">
            <w:r>
              <w:rPr>
                <w:color w:val="1F1F1F"/>
                <w:sz w:val="18"/>
              </w:rPr>
              <w:t>David Breznik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FE47C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13DDE7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32CBB898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BC4E2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0F709C" w14:textId="77777777" w:rsidR="004F6456" w:rsidRDefault="00000000">
            <w:r>
              <w:rPr>
                <w:color w:val="1F1F1F"/>
                <w:sz w:val="18"/>
              </w:rPr>
              <w:t>Aljaž Zorec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5FD1E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059FAE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2C974860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7565A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C9879E" w14:textId="77777777" w:rsidR="004F6456" w:rsidRDefault="00000000">
            <w:r>
              <w:rPr>
                <w:color w:val="1F1F1F"/>
                <w:sz w:val="18"/>
              </w:rPr>
              <w:t>Grega Ostrc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648AF9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342C60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51E079DE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C05B2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74A2B4" w14:textId="77777777" w:rsidR="004F6456" w:rsidRDefault="00000000">
            <w:r>
              <w:rPr>
                <w:color w:val="1F1F1F"/>
                <w:sz w:val="18"/>
              </w:rPr>
              <w:t>Gal Kustec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92C98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4B1138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3012ED2E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B0226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247A59" w14:textId="77777777" w:rsidR="004F6456" w:rsidRDefault="00000000">
            <w:r>
              <w:rPr>
                <w:color w:val="1F1F1F"/>
                <w:sz w:val="18"/>
              </w:rPr>
              <w:t>Jan Horvat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76734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3:59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309D65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37A50352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21CE1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ECDE30" w14:textId="77777777" w:rsidR="004F6456" w:rsidRDefault="00000000">
            <w:r>
              <w:rPr>
                <w:color w:val="1F1F1F"/>
                <w:sz w:val="18"/>
              </w:rPr>
              <w:t>Jan Kranjc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14C55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E41FCE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5F46685D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7D205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4E118D" w14:textId="77777777" w:rsidR="004F6456" w:rsidRDefault="00000000">
            <w:r>
              <w:rPr>
                <w:color w:val="1F1F1F"/>
                <w:sz w:val="18"/>
              </w:rPr>
              <w:t>Jan Balažič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0442A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4:06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7E31BA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788AB2BA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1E8FA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7ABC29" w14:textId="77777777" w:rsidR="004F6456" w:rsidRDefault="00000000">
            <w:r>
              <w:rPr>
                <w:color w:val="1F1F1F"/>
                <w:sz w:val="18"/>
              </w:rPr>
              <w:t>Manuel Pučko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91425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4:45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AAEE74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46561555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F77A8F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25BCDA" w14:textId="77777777" w:rsidR="004F6456" w:rsidRDefault="00000000">
            <w:r>
              <w:rPr>
                <w:color w:val="1F1F1F"/>
                <w:sz w:val="18"/>
              </w:rPr>
              <w:t>Teodor Šafarič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CAEF9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4:51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56E32D" w14:textId="63E31189" w:rsidR="004F6456" w:rsidRDefault="00000000">
            <w:r>
              <w:rPr>
                <w:color w:val="1F1F1F"/>
                <w:sz w:val="18"/>
              </w:rPr>
              <w:t xml:space="preserve">OŠ </w:t>
            </w:r>
            <w:r w:rsidR="00032A0E">
              <w:rPr>
                <w:color w:val="1F1F1F"/>
                <w:sz w:val="18"/>
              </w:rPr>
              <w:t xml:space="preserve">Stanka </w:t>
            </w:r>
            <w:proofErr w:type="spellStart"/>
            <w:r w:rsidR="00032A0E">
              <w:rPr>
                <w:color w:val="1F1F1F"/>
                <w:sz w:val="18"/>
              </w:rPr>
              <w:t>Vraza</w:t>
            </w:r>
            <w:proofErr w:type="spellEnd"/>
            <w:r w:rsidR="00032A0E">
              <w:rPr>
                <w:color w:val="1F1F1F"/>
                <w:sz w:val="18"/>
              </w:rPr>
              <w:t xml:space="preserve"> Ormož</w:t>
            </w:r>
          </w:p>
        </w:tc>
      </w:tr>
      <w:tr w:rsidR="004F6456" w14:paraId="4FD71CA9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7D2B8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FAD499" w14:textId="77777777" w:rsidR="004F6456" w:rsidRDefault="00000000">
            <w:r>
              <w:rPr>
                <w:color w:val="1F1F1F"/>
                <w:sz w:val="18"/>
              </w:rPr>
              <w:t>Tian Rajh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BAB83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6:11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3AE103" w14:textId="1497EBAE" w:rsidR="004F6456" w:rsidRDefault="00000000">
            <w:r>
              <w:rPr>
                <w:color w:val="1F1F1F"/>
                <w:sz w:val="18"/>
              </w:rPr>
              <w:t xml:space="preserve">OŠ </w:t>
            </w:r>
            <w:r w:rsidR="00032A0E">
              <w:rPr>
                <w:color w:val="1F1F1F"/>
                <w:sz w:val="18"/>
              </w:rPr>
              <w:t xml:space="preserve">Stanka </w:t>
            </w:r>
            <w:proofErr w:type="spellStart"/>
            <w:r w:rsidR="00032A0E">
              <w:rPr>
                <w:color w:val="1F1F1F"/>
                <w:sz w:val="18"/>
              </w:rPr>
              <w:t>Vraza</w:t>
            </w:r>
            <w:proofErr w:type="spellEnd"/>
            <w:r w:rsidR="00032A0E">
              <w:rPr>
                <w:color w:val="1F1F1F"/>
                <w:sz w:val="18"/>
              </w:rPr>
              <w:t xml:space="preserve"> </w:t>
            </w:r>
            <w:proofErr w:type="spellStart"/>
            <w:r w:rsidR="00032A0E">
              <w:rPr>
                <w:color w:val="1F1F1F"/>
                <w:sz w:val="18"/>
              </w:rPr>
              <w:t>Ormož</w:t>
            </w:r>
            <w:proofErr w:type="spellEnd"/>
          </w:p>
        </w:tc>
      </w:tr>
    </w:tbl>
    <w:p w14:paraId="0A7360CE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p w14:paraId="07557769" w14:textId="77777777" w:rsidR="004F6456" w:rsidRDefault="00000000">
      <w:r>
        <w:br w:type="page"/>
      </w:r>
    </w:p>
    <w:p w14:paraId="74D2AFF0" w14:textId="77777777" w:rsidR="004F6456" w:rsidRPr="00032A0E" w:rsidRDefault="00000000">
      <w:pPr>
        <w:spacing w:after="20"/>
        <w:jc w:val="center"/>
        <w:rPr>
          <w:sz w:val="24"/>
          <w:szCs w:val="32"/>
        </w:rPr>
      </w:pPr>
      <w:r w:rsidRPr="00032A0E">
        <w:rPr>
          <w:b/>
          <w:color w:val="5B6573"/>
          <w:sz w:val="28"/>
          <w:szCs w:val="32"/>
        </w:rPr>
        <w:lastRenderedPageBreak/>
        <w:t>MEDOBČINSKI KROS 2026</w:t>
      </w:r>
    </w:p>
    <w:p w14:paraId="51B47E40" w14:textId="43809D24" w:rsidR="004F6456" w:rsidRDefault="00000000">
      <w:pPr>
        <w:spacing w:after="160"/>
        <w:jc w:val="center"/>
        <w:rPr>
          <w:b/>
          <w:color w:val="17365D"/>
          <w:sz w:val="34"/>
        </w:rPr>
      </w:pPr>
      <w:r>
        <w:rPr>
          <w:b/>
          <w:color w:val="17365D"/>
          <w:sz w:val="34"/>
        </w:rPr>
        <w:t xml:space="preserve">9. </w:t>
      </w:r>
      <w:proofErr w:type="spellStart"/>
      <w:proofErr w:type="gramStart"/>
      <w:r>
        <w:rPr>
          <w:b/>
          <w:color w:val="17365D"/>
          <w:sz w:val="34"/>
        </w:rPr>
        <w:t>razred</w:t>
      </w:r>
      <w:proofErr w:type="spellEnd"/>
      <w:r>
        <w:rPr>
          <w:b/>
          <w:color w:val="17365D"/>
          <w:sz w:val="34"/>
        </w:rPr>
        <w:t xml:space="preserve">  •</w:t>
      </w:r>
      <w:proofErr w:type="gramEnd"/>
      <w:r>
        <w:rPr>
          <w:b/>
          <w:color w:val="17365D"/>
          <w:sz w:val="34"/>
        </w:rPr>
        <w:t xml:space="preserve">  </w:t>
      </w:r>
      <w:proofErr w:type="spellStart"/>
      <w:r>
        <w:rPr>
          <w:b/>
          <w:color w:val="17365D"/>
          <w:sz w:val="34"/>
        </w:rPr>
        <w:t>Deklice</w:t>
      </w:r>
      <w:proofErr w:type="spellEnd"/>
      <w:r w:rsidR="00487574">
        <w:rPr>
          <w:b/>
          <w:color w:val="17365D"/>
          <w:sz w:val="34"/>
        </w:rPr>
        <w:t xml:space="preserve"> </w:t>
      </w:r>
      <w:r w:rsidR="00487574">
        <w:rPr>
          <w:b/>
          <w:color w:val="17365D"/>
          <w:sz w:val="34"/>
        </w:rPr>
        <w:t xml:space="preserve">– </w:t>
      </w:r>
      <w:proofErr w:type="spellStart"/>
      <w:r w:rsidR="00487574">
        <w:rPr>
          <w:b/>
          <w:color w:val="17365D"/>
          <w:sz w:val="34"/>
        </w:rPr>
        <w:t>letnik</w:t>
      </w:r>
      <w:proofErr w:type="spellEnd"/>
      <w:r w:rsidR="00487574">
        <w:rPr>
          <w:b/>
          <w:color w:val="17365D"/>
          <w:sz w:val="34"/>
        </w:rPr>
        <w:t xml:space="preserve"> 2012</w:t>
      </w:r>
    </w:p>
    <w:p w14:paraId="5983A531" w14:textId="77777777" w:rsidR="00032A0E" w:rsidRDefault="00032A0E" w:rsidP="00032A0E">
      <w:pPr>
        <w:spacing w:after="160"/>
        <w:jc w:val="center"/>
      </w:pPr>
      <w:r>
        <w:rPr>
          <w:b/>
          <w:color w:val="17365D"/>
          <w:sz w:val="34"/>
        </w:rPr>
        <w:t xml:space="preserve">1000 </w:t>
      </w:r>
      <w:proofErr w:type="spellStart"/>
      <w:r>
        <w:rPr>
          <w:b/>
          <w:color w:val="17365D"/>
          <w:sz w:val="34"/>
        </w:rPr>
        <w:t>metrov</w:t>
      </w:r>
      <w:proofErr w:type="spellEnd"/>
    </w:p>
    <w:tbl>
      <w:tblPr>
        <w:tblStyle w:val="Tabelamre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4876"/>
        <w:gridCol w:w="1701"/>
        <w:gridCol w:w="4762"/>
      </w:tblGrid>
      <w:tr w:rsidR="004F6456" w14:paraId="4104041C" w14:textId="77777777">
        <w:trPr>
          <w:tblHeader/>
          <w:jc w:val="center"/>
        </w:trPr>
        <w:tc>
          <w:tcPr>
            <w:tcW w:w="136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5C4507" w14:textId="77777777" w:rsidR="004F6456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Uvrstitev</w:t>
            </w:r>
            <w:proofErr w:type="spellEnd"/>
          </w:p>
        </w:tc>
        <w:tc>
          <w:tcPr>
            <w:tcW w:w="4876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D0E6F9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Ime in priimek</w:t>
            </w:r>
          </w:p>
        </w:tc>
        <w:tc>
          <w:tcPr>
            <w:tcW w:w="1701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339B899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Čas</w:t>
            </w:r>
          </w:p>
        </w:tc>
        <w:tc>
          <w:tcPr>
            <w:tcW w:w="4762" w:type="dxa"/>
            <w:shd w:val="clear" w:color="auto" w:fill="17365D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6B8CC4" w14:textId="77777777" w:rsidR="004F6456" w:rsidRDefault="00000000">
            <w:pPr>
              <w:jc w:val="center"/>
            </w:pPr>
            <w:r>
              <w:rPr>
                <w:b/>
                <w:color w:val="FFFFFF"/>
              </w:rPr>
              <w:t>Osnovna šola</w:t>
            </w:r>
          </w:p>
        </w:tc>
      </w:tr>
      <w:tr w:rsidR="004F6456" w14:paraId="3BD03313" w14:textId="77777777">
        <w:trPr>
          <w:jc w:val="center"/>
        </w:trPr>
        <w:tc>
          <w:tcPr>
            <w:tcW w:w="136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1E75E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1</w:t>
            </w:r>
          </w:p>
        </w:tc>
        <w:tc>
          <w:tcPr>
            <w:tcW w:w="4876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9DB638" w14:textId="77777777" w:rsidR="004F6456" w:rsidRDefault="00000000">
            <w:r>
              <w:rPr>
                <w:b/>
                <w:color w:val="1F1F1F"/>
                <w:sz w:val="18"/>
              </w:rPr>
              <w:t>Ela Paušner</w:t>
            </w:r>
          </w:p>
        </w:tc>
        <w:tc>
          <w:tcPr>
            <w:tcW w:w="1701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E646EFD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3:37</w:t>
            </w:r>
          </w:p>
        </w:tc>
        <w:tc>
          <w:tcPr>
            <w:tcW w:w="4762" w:type="dxa"/>
            <w:shd w:val="clear" w:color="auto" w:fill="FFF2C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02C870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1DA92A38" w14:textId="77777777">
        <w:trPr>
          <w:jc w:val="center"/>
        </w:trPr>
        <w:tc>
          <w:tcPr>
            <w:tcW w:w="136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443732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2</w:t>
            </w:r>
          </w:p>
        </w:tc>
        <w:tc>
          <w:tcPr>
            <w:tcW w:w="4876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064417" w14:textId="77777777" w:rsidR="004F6456" w:rsidRDefault="00000000">
            <w:r>
              <w:rPr>
                <w:b/>
                <w:color w:val="1F1F1F"/>
                <w:sz w:val="18"/>
              </w:rPr>
              <w:t>Meta Šnajder</w:t>
            </w:r>
          </w:p>
        </w:tc>
        <w:tc>
          <w:tcPr>
            <w:tcW w:w="1701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6F18C5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3:45</w:t>
            </w:r>
          </w:p>
        </w:tc>
        <w:tc>
          <w:tcPr>
            <w:tcW w:w="4762" w:type="dxa"/>
            <w:shd w:val="clear" w:color="auto" w:fill="E7E6E6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516257D" w14:textId="77777777" w:rsidR="004F6456" w:rsidRDefault="00000000">
            <w:r>
              <w:rPr>
                <w:b/>
                <w:color w:val="1F1F1F"/>
                <w:sz w:val="18"/>
              </w:rPr>
              <w:t>OŠ Središče ob Dravi</w:t>
            </w:r>
          </w:p>
        </w:tc>
      </w:tr>
      <w:tr w:rsidR="004F6456" w14:paraId="20F19B3D" w14:textId="77777777">
        <w:trPr>
          <w:jc w:val="center"/>
        </w:trPr>
        <w:tc>
          <w:tcPr>
            <w:tcW w:w="136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C558D8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</w:t>
            </w:r>
          </w:p>
        </w:tc>
        <w:tc>
          <w:tcPr>
            <w:tcW w:w="4876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EE40A5" w14:textId="77777777" w:rsidR="004F6456" w:rsidRDefault="00000000">
            <w:r>
              <w:rPr>
                <w:b/>
                <w:color w:val="1F1F1F"/>
                <w:sz w:val="18"/>
              </w:rPr>
              <w:t>Izabela Štampar Pozderec</w:t>
            </w:r>
          </w:p>
        </w:tc>
        <w:tc>
          <w:tcPr>
            <w:tcW w:w="1701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32BC41" w14:textId="77777777" w:rsidR="004F6456" w:rsidRDefault="00000000">
            <w:pPr>
              <w:jc w:val="center"/>
            </w:pPr>
            <w:r>
              <w:rPr>
                <w:b/>
                <w:color w:val="1F1F1F"/>
                <w:sz w:val="18"/>
              </w:rPr>
              <w:t>3:54</w:t>
            </w:r>
          </w:p>
        </w:tc>
        <w:tc>
          <w:tcPr>
            <w:tcW w:w="4762" w:type="dxa"/>
            <w:shd w:val="clear" w:color="auto" w:fill="F4B183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6CD9F0" w14:textId="77777777" w:rsidR="004F6456" w:rsidRDefault="00000000">
            <w:r>
              <w:rPr>
                <w:b/>
                <w:color w:val="1F1F1F"/>
                <w:sz w:val="18"/>
              </w:rPr>
              <w:t>OŠ Ormož</w:t>
            </w:r>
          </w:p>
        </w:tc>
      </w:tr>
      <w:tr w:rsidR="004F6456" w14:paraId="278294DA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DD3ED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C0831E" w14:textId="77777777" w:rsidR="004F6456" w:rsidRDefault="00000000">
            <w:r>
              <w:rPr>
                <w:color w:val="1F1F1F"/>
                <w:sz w:val="18"/>
              </w:rPr>
              <w:t>Teja Vaupotič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72D49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4:00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536625" w14:textId="77777777" w:rsidR="004F6456" w:rsidRDefault="00000000">
            <w:r>
              <w:rPr>
                <w:color w:val="1F1F1F"/>
                <w:sz w:val="18"/>
              </w:rPr>
              <w:t>OŠ Ormož</w:t>
            </w:r>
          </w:p>
        </w:tc>
      </w:tr>
      <w:tr w:rsidR="004F6456" w14:paraId="1A4F7C1E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9528F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51674C" w14:textId="77777777" w:rsidR="004F6456" w:rsidRDefault="00000000">
            <w:r>
              <w:rPr>
                <w:color w:val="1F1F1F"/>
                <w:sz w:val="18"/>
              </w:rPr>
              <w:t>Lara Venta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DF480B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4:11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FB99FE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7B4FE47B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59526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BA3804" w14:textId="77777777" w:rsidR="004F6456" w:rsidRDefault="00000000">
            <w:r>
              <w:rPr>
                <w:color w:val="1F1F1F"/>
                <w:sz w:val="18"/>
              </w:rPr>
              <w:t>Lina Irgolič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03D72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60F97C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02C159D1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FD4C1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7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5D6062" w14:textId="77777777" w:rsidR="004F6456" w:rsidRDefault="00000000">
            <w:r>
              <w:rPr>
                <w:color w:val="1F1F1F"/>
                <w:sz w:val="18"/>
              </w:rPr>
              <w:t>Ota Rajh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47486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4:37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B13EC2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0245CC06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9F6963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8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9AD93A" w14:textId="77777777" w:rsidR="004F6456" w:rsidRDefault="00000000">
            <w:r>
              <w:rPr>
                <w:color w:val="1F1F1F"/>
                <w:sz w:val="18"/>
              </w:rPr>
              <w:t>Neža Breznik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8C63E1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4:43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BE09876" w14:textId="77777777" w:rsidR="004F6456" w:rsidRDefault="00000000">
            <w:r>
              <w:rPr>
                <w:color w:val="1F1F1F"/>
                <w:sz w:val="18"/>
              </w:rPr>
              <w:t>OŠ Središče ob Dravi</w:t>
            </w:r>
          </w:p>
        </w:tc>
      </w:tr>
      <w:tr w:rsidR="004F6456" w14:paraId="14427B9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B0BDE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9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71F17A" w14:textId="77777777" w:rsidR="004F6456" w:rsidRDefault="00000000">
            <w:r>
              <w:rPr>
                <w:color w:val="1F1F1F"/>
                <w:sz w:val="18"/>
              </w:rPr>
              <w:t>Sara Viher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349CCC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4:50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40F6A1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68E283B4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8D434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10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5ABD55" w14:textId="77777777" w:rsidR="004F6456" w:rsidRDefault="00000000">
            <w:r>
              <w:rPr>
                <w:color w:val="1F1F1F"/>
                <w:sz w:val="18"/>
              </w:rPr>
              <w:t>Hana Gril Ozmec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1E24B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4:52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747613" w14:textId="77777777" w:rsidR="004F6456" w:rsidRDefault="00000000">
            <w:r>
              <w:rPr>
                <w:color w:val="1F1F1F"/>
                <w:sz w:val="18"/>
              </w:rPr>
              <w:t>OŠ Velika Nedelja</w:t>
            </w:r>
          </w:p>
        </w:tc>
      </w:tr>
      <w:tr w:rsidR="004F6456" w14:paraId="430A032F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37132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11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7A7F14" w14:textId="77777777" w:rsidR="004F6456" w:rsidRDefault="00000000">
            <w:r>
              <w:rPr>
                <w:color w:val="1F1F1F"/>
                <w:sz w:val="18"/>
              </w:rPr>
              <w:t>Ajda Strelec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69FC0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5:17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F6899C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6B6B577A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28EFEC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12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892660" w14:textId="77777777" w:rsidR="004F6456" w:rsidRDefault="00000000">
            <w:r>
              <w:rPr>
                <w:color w:val="1F1F1F"/>
                <w:sz w:val="18"/>
              </w:rPr>
              <w:t>Teja Stajnko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91EB3E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5:39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FA9679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4B01D3CA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07D404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13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5D5820" w14:textId="77777777" w:rsidR="004F6456" w:rsidRDefault="00000000">
            <w:r>
              <w:rPr>
                <w:color w:val="1F1F1F"/>
                <w:sz w:val="18"/>
              </w:rPr>
              <w:t>Neža Roškar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0A7FB7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6:06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D2833E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  <w:tr w:rsidR="004F6456" w14:paraId="429EC0F9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26C660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14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950A20" w14:textId="77777777" w:rsidR="004F6456" w:rsidRDefault="00000000">
            <w:r>
              <w:rPr>
                <w:color w:val="1F1F1F"/>
                <w:sz w:val="18"/>
              </w:rPr>
              <w:t>Eva Tanaja Klemenčič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B2186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6:07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5F431E" w14:textId="77777777" w:rsidR="004F6456" w:rsidRDefault="00000000">
            <w:r>
              <w:rPr>
                <w:color w:val="1F1F1F"/>
                <w:sz w:val="18"/>
              </w:rPr>
              <w:t>OŠ Sveti Tomaž</w:t>
            </w:r>
          </w:p>
        </w:tc>
      </w:tr>
      <w:tr w:rsidR="004F6456" w14:paraId="0EA98F76" w14:textId="77777777">
        <w:trPr>
          <w:jc w:val="center"/>
        </w:trPr>
        <w:tc>
          <w:tcPr>
            <w:tcW w:w="136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5DD996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15</w:t>
            </w:r>
          </w:p>
        </w:tc>
        <w:tc>
          <w:tcPr>
            <w:tcW w:w="4876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71341F" w14:textId="77777777" w:rsidR="004F6456" w:rsidRDefault="00000000">
            <w:r>
              <w:rPr>
                <w:color w:val="1F1F1F"/>
                <w:sz w:val="18"/>
              </w:rPr>
              <w:t>Taja Vrbnjak</w:t>
            </w:r>
          </w:p>
        </w:tc>
        <w:tc>
          <w:tcPr>
            <w:tcW w:w="1701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E960ED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6:23</w:t>
            </w:r>
          </w:p>
        </w:tc>
        <w:tc>
          <w:tcPr>
            <w:tcW w:w="4762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3851DE" w14:textId="77777777" w:rsidR="004F6456" w:rsidRDefault="00000000">
            <w:r>
              <w:rPr>
                <w:color w:val="1F1F1F"/>
                <w:sz w:val="18"/>
              </w:rPr>
              <w:t>OŠ Miklavž pri Ormožu</w:t>
            </w:r>
          </w:p>
        </w:tc>
      </w:tr>
      <w:tr w:rsidR="004F6456" w14:paraId="7BE3BDC4" w14:textId="77777777">
        <w:trPr>
          <w:jc w:val="center"/>
        </w:trPr>
        <w:tc>
          <w:tcPr>
            <w:tcW w:w="136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F1653B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16</w:t>
            </w:r>
          </w:p>
        </w:tc>
        <w:tc>
          <w:tcPr>
            <w:tcW w:w="4876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C54739" w14:textId="77777777" w:rsidR="004F6456" w:rsidRDefault="00000000">
            <w:r>
              <w:rPr>
                <w:color w:val="1F1F1F"/>
                <w:sz w:val="18"/>
              </w:rPr>
              <w:t>Stella Novak</w:t>
            </w:r>
          </w:p>
        </w:tc>
        <w:tc>
          <w:tcPr>
            <w:tcW w:w="1701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4A37CA" w14:textId="77777777" w:rsidR="004F6456" w:rsidRDefault="00000000">
            <w:pPr>
              <w:jc w:val="center"/>
            </w:pPr>
            <w:r>
              <w:rPr>
                <w:color w:val="1F1F1F"/>
                <w:sz w:val="18"/>
              </w:rPr>
              <w:t>6:24</w:t>
            </w:r>
          </w:p>
        </w:tc>
        <w:tc>
          <w:tcPr>
            <w:tcW w:w="4762" w:type="dxa"/>
            <w:shd w:val="clear" w:color="auto" w:fill="F8FAFC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4B114F" w14:textId="77777777" w:rsidR="004F6456" w:rsidRDefault="00000000">
            <w:r>
              <w:rPr>
                <w:color w:val="1F1F1F"/>
                <w:sz w:val="18"/>
              </w:rPr>
              <w:t>OŠ Ivanjkovci</w:t>
            </w:r>
          </w:p>
        </w:tc>
      </w:tr>
    </w:tbl>
    <w:p w14:paraId="6AF3FFA3" w14:textId="77777777" w:rsidR="004F6456" w:rsidRDefault="00000000">
      <w:pPr>
        <w:spacing w:before="100"/>
        <w:jc w:val="right"/>
      </w:pPr>
      <w:r>
        <w:rPr>
          <w:i/>
          <w:color w:val="7F8C8D"/>
          <w:sz w:val="15"/>
        </w:rPr>
        <w:t>Rezultati po uradni uvrstitvi</w:t>
      </w:r>
    </w:p>
    <w:sectPr w:rsidR="004F6456" w:rsidSect="00034616">
      <w:footerReference w:type="default" r:id="rId8"/>
      <w:pgSz w:w="15840" w:h="12240" w:orient="landscape"/>
      <w:pgMar w:top="567" w:right="737" w:bottom="51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AD102" w14:textId="77777777" w:rsidR="005D783A" w:rsidRDefault="005D783A">
      <w:pPr>
        <w:spacing w:after="0" w:line="240" w:lineRule="auto"/>
      </w:pPr>
      <w:r>
        <w:separator/>
      </w:r>
    </w:p>
  </w:endnote>
  <w:endnote w:type="continuationSeparator" w:id="0">
    <w:p w14:paraId="6B96C84C" w14:textId="77777777" w:rsidR="005D783A" w:rsidRDefault="005D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F1A4F" w14:textId="77777777" w:rsidR="004F6456" w:rsidRDefault="00000000">
    <w:pPr>
      <w:pStyle w:val="Noga"/>
      <w:jc w:val="center"/>
    </w:pPr>
    <w:proofErr w:type="spellStart"/>
    <w:r>
      <w:rPr>
        <w:color w:val="8A8A8A"/>
        <w:sz w:val="16"/>
      </w:rPr>
      <w:t>Medobčinski</w:t>
    </w:r>
    <w:proofErr w:type="spellEnd"/>
    <w:r>
      <w:rPr>
        <w:color w:val="8A8A8A"/>
        <w:sz w:val="16"/>
      </w:rPr>
      <w:t xml:space="preserve"> </w:t>
    </w:r>
    <w:proofErr w:type="spellStart"/>
    <w:r>
      <w:rPr>
        <w:color w:val="8A8A8A"/>
        <w:sz w:val="16"/>
      </w:rPr>
      <w:t>kros</w:t>
    </w:r>
    <w:proofErr w:type="spellEnd"/>
    <w:r>
      <w:rPr>
        <w:color w:val="8A8A8A"/>
        <w:sz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29645" w14:textId="77777777" w:rsidR="005D783A" w:rsidRDefault="005D783A">
      <w:pPr>
        <w:spacing w:after="0" w:line="240" w:lineRule="auto"/>
      </w:pPr>
      <w:r>
        <w:separator/>
      </w:r>
    </w:p>
  </w:footnote>
  <w:footnote w:type="continuationSeparator" w:id="0">
    <w:p w14:paraId="2340ADD7" w14:textId="77777777" w:rsidR="005D783A" w:rsidRDefault="005D7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5492582">
    <w:abstractNumId w:val="8"/>
  </w:num>
  <w:num w:numId="2" w16cid:durableId="1234464700">
    <w:abstractNumId w:val="6"/>
  </w:num>
  <w:num w:numId="3" w16cid:durableId="1141575389">
    <w:abstractNumId w:val="5"/>
  </w:num>
  <w:num w:numId="4" w16cid:durableId="2015187969">
    <w:abstractNumId w:val="4"/>
  </w:num>
  <w:num w:numId="5" w16cid:durableId="2043044950">
    <w:abstractNumId w:val="7"/>
  </w:num>
  <w:num w:numId="6" w16cid:durableId="314990128">
    <w:abstractNumId w:val="3"/>
  </w:num>
  <w:num w:numId="7" w16cid:durableId="886532589">
    <w:abstractNumId w:val="2"/>
  </w:num>
  <w:num w:numId="8" w16cid:durableId="1027491283">
    <w:abstractNumId w:val="1"/>
  </w:num>
  <w:num w:numId="9" w16cid:durableId="191735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A0E"/>
    <w:rsid w:val="00034616"/>
    <w:rsid w:val="0006063C"/>
    <w:rsid w:val="0015074B"/>
    <w:rsid w:val="0029639D"/>
    <w:rsid w:val="00326F90"/>
    <w:rsid w:val="00487574"/>
    <w:rsid w:val="004F6456"/>
    <w:rsid w:val="005D783A"/>
    <w:rsid w:val="00667B53"/>
    <w:rsid w:val="0083178B"/>
    <w:rsid w:val="00AA1D8D"/>
    <w:rsid w:val="00B47730"/>
    <w:rsid w:val="00BE36CF"/>
    <w:rsid w:val="00CB0664"/>
    <w:rsid w:val="00EE33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8F3EF"/>
  <w14:defaultImageDpi w14:val="300"/>
  <w15:docId w15:val="{0C0D2EF9-E579-408F-87FD-9DAB4E97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  <w:sz w:val="19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Luka Lovrec</cp:lastModifiedBy>
  <cp:revision>2</cp:revision>
  <dcterms:created xsi:type="dcterms:W3CDTF">2026-09-30T08:32:00Z</dcterms:created>
  <dcterms:modified xsi:type="dcterms:W3CDTF">2026-09-30T08:32:00Z</dcterms:modified>
  <cp:category/>
</cp:coreProperties>
</file>